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6A91E" w14:textId="3ADA93A9" w:rsidR="00AC6040" w:rsidRPr="008136E8" w:rsidRDefault="00031707" w:rsidP="00031707">
      <w:pPr>
        <w:jc w:val="center"/>
        <w:rPr>
          <w:rFonts w:ascii="Edwardian Script ITC" w:hAnsi="Edwardian Script ITC"/>
          <w:b/>
          <w:bCs/>
          <w:sz w:val="144"/>
          <w:szCs w:val="144"/>
        </w:rPr>
      </w:pPr>
      <w:r w:rsidRPr="008136E8">
        <w:rPr>
          <w:rFonts w:ascii="Edwardian Script ITC" w:hAnsi="Edwardian Script ITC"/>
          <w:b/>
          <w:bCs/>
          <w:sz w:val="144"/>
          <w:szCs w:val="144"/>
        </w:rPr>
        <w:t>Welcome</w:t>
      </w:r>
    </w:p>
    <w:p w14:paraId="73F01B4A" w14:textId="42CA8566" w:rsidR="00031707" w:rsidRDefault="00031707" w:rsidP="00AC6040">
      <w:pPr>
        <w:jc w:val="center"/>
        <w:rPr>
          <w:sz w:val="48"/>
          <w:szCs w:val="48"/>
        </w:rPr>
      </w:pPr>
      <w:r>
        <w:rPr>
          <w:noProof/>
        </w:rPr>
        <w:drawing>
          <wp:inline distT="0" distB="0" distL="0" distR="0" wp14:anchorId="6E6C79F6" wp14:editId="528FBF63">
            <wp:extent cx="4454607" cy="2971800"/>
            <wp:effectExtent l="0" t="0" r="3175" b="0"/>
            <wp:docPr id="266837991" name="Picture 1" descr="A lighthouse hit by the turbulent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37991" name="Picture 266837991" descr="A lighthouse hit by the turbulent ocean"/>
                    <pic:cNvPicPr/>
                  </pic:nvPicPr>
                  <pic:blipFill>
                    <a:blip r:embed="rId8"/>
                    <a:stretch>
                      <a:fillRect/>
                    </a:stretch>
                  </pic:blipFill>
                  <pic:spPr>
                    <a:xfrm>
                      <a:off x="0" y="0"/>
                      <a:ext cx="4454607" cy="2971800"/>
                    </a:xfrm>
                    <a:prstGeom prst="rect">
                      <a:avLst/>
                    </a:prstGeom>
                  </pic:spPr>
                </pic:pic>
              </a:graphicData>
            </a:graphic>
          </wp:inline>
        </w:drawing>
      </w:r>
    </w:p>
    <w:p w14:paraId="72563DB6" w14:textId="77777777" w:rsidR="00031707" w:rsidRDefault="00031707" w:rsidP="00AC6040">
      <w:pPr>
        <w:jc w:val="center"/>
        <w:rPr>
          <w:sz w:val="48"/>
          <w:szCs w:val="48"/>
        </w:rPr>
      </w:pPr>
    </w:p>
    <w:p w14:paraId="08507F92" w14:textId="5D53C916" w:rsidR="00AC6040" w:rsidRDefault="00AC6040" w:rsidP="00AC6040">
      <w:pPr>
        <w:jc w:val="center"/>
        <w:rPr>
          <w:sz w:val="48"/>
          <w:szCs w:val="48"/>
        </w:rPr>
      </w:pPr>
      <w:r>
        <w:rPr>
          <w:sz w:val="48"/>
          <w:szCs w:val="48"/>
        </w:rPr>
        <w:t>The Lighthouse Keeper Stewardship Devotional</w:t>
      </w:r>
    </w:p>
    <w:p w14:paraId="06EC1C9B" w14:textId="443BA680" w:rsidR="00AC6040" w:rsidRPr="00BC39A1" w:rsidRDefault="00AC6040" w:rsidP="00AC6040">
      <w:pPr>
        <w:jc w:val="center"/>
        <w:rPr>
          <w:sz w:val="24"/>
          <w:szCs w:val="24"/>
        </w:rPr>
      </w:pPr>
      <w:r w:rsidRPr="00BC39A1">
        <w:rPr>
          <w:sz w:val="24"/>
          <w:szCs w:val="24"/>
        </w:rPr>
        <w:t>Stewardship Season October 2025</w:t>
      </w:r>
    </w:p>
    <w:p w14:paraId="568552F4" w14:textId="77777777" w:rsidR="00AC6040" w:rsidRPr="00BC39A1" w:rsidRDefault="00AC6040" w:rsidP="00AC6040">
      <w:pPr>
        <w:pStyle w:val="NoSpacing"/>
        <w:rPr>
          <w:sz w:val="24"/>
          <w:szCs w:val="24"/>
        </w:rPr>
      </w:pPr>
    </w:p>
    <w:p w14:paraId="6FD871BD" w14:textId="3CB8BC17" w:rsidR="00B32CE3" w:rsidRPr="00BC39A1" w:rsidRDefault="00951FF3" w:rsidP="00D50FF5">
      <w:pPr>
        <w:pStyle w:val="NoSpacing"/>
        <w:rPr>
          <w:sz w:val="24"/>
          <w:szCs w:val="24"/>
        </w:rPr>
      </w:pPr>
      <w:r w:rsidRPr="00BC39A1">
        <w:rPr>
          <w:sz w:val="24"/>
          <w:szCs w:val="24"/>
        </w:rPr>
        <w:t xml:space="preserve">We are all familiar with the call of Proverbs 3:9-10 “Honor the Lord with your wealth, with the first fruits of all your crops; then your barns will be filled to overflowing, and your vats will brim over with new wine”. This call makes sense in an agrarian society, but what does this mean in 2025 Media PA? </w:t>
      </w:r>
      <w:r w:rsidR="008C3255">
        <w:rPr>
          <w:sz w:val="24"/>
          <w:szCs w:val="24"/>
        </w:rPr>
        <w:t xml:space="preserve">As we enter our 2026 Stewardship season, we want to </w:t>
      </w:r>
      <w:r w:rsidR="00C92465">
        <w:rPr>
          <w:sz w:val="24"/>
          <w:szCs w:val="24"/>
        </w:rPr>
        <w:t xml:space="preserve">enter in through a time of prayer and reflection. </w:t>
      </w:r>
      <w:r w:rsidRPr="00BC39A1">
        <w:rPr>
          <w:sz w:val="24"/>
          <w:szCs w:val="24"/>
        </w:rPr>
        <w:t xml:space="preserve">Over the next 21 days </w:t>
      </w:r>
      <w:r w:rsidR="00C92465">
        <w:rPr>
          <w:sz w:val="24"/>
          <w:szCs w:val="24"/>
        </w:rPr>
        <w:t xml:space="preserve">join together in this devotional as </w:t>
      </w:r>
      <w:r w:rsidR="00E4672E">
        <w:rPr>
          <w:sz w:val="24"/>
          <w:szCs w:val="24"/>
        </w:rPr>
        <w:t>w</w:t>
      </w:r>
      <w:r w:rsidRPr="00BC39A1">
        <w:rPr>
          <w:sz w:val="24"/>
          <w:szCs w:val="24"/>
        </w:rPr>
        <w:t xml:space="preserve">e prepare to pledge for </w:t>
      </w:r>
      <w:r w:rsidR="00E4672E">
        <w:rPr>
          <w:sz w:val="24"/>
          <w:szCs w:val="24"/>
        </w:rPr>
        <w:t xml:space="preserve">the </w:t>
      </w:r>
      <w:r w:rsidRPr="00BC39A1">
        <w:rPr>
          <w:sz w:val="24"/>
          <w:szCs w:val="24"/>
        </w:rPr>
        <w:t xml:space="preserve">2026 </w:t>
      </w:r>
      <w:r w:rsidR="00D50FF5" w:rsidRPr="00BC39A1">
        <w:rPr>
          <w:sz w:val="24"/>
          <w:szCs w:val="24"/>
        </w:rPr>
        <w:t xml:space="preserve">MPC </w:t>
      </w:r>
      <w:r w:rsidRPr="00BC39A1">
        <w:rPr>
          <w:sz w:val="24"/>
          <w:szCs w:val="24"/>
        </w:rPr>
        <w:t>budget</w:t>
      </w:r>
      <w:r w:rsidR="00E4672E">
        <w:rPr>
          <w:sz w:val="24"/>
          <w:szCs w:val="24"/>
        </w:rPr>
        <w:t xml:space="preserve">. </w:t>
      </w:r>
      <w:r w:rsidR="00D50FF5" w:rsidRPr="00BC39A1">
        <w:rPr>
          <w:sz w:val="24"/>
          <w:szCs w:val="24"/>
        </w:rPr>
        <w:t xml:space="preserve"> </w:t>
      </w:r>
    </w:p>
    <w:p w14:paraId="7CE5E226" w14:textId="77777777" w:rsidR="00D50FF5" w:rsidRPr="00BC39A1" w:rsidRDefault="00D50FF5" w:rsidP="00D50FF5">
      <w:pPr>
        <w:pStyle w:val="NoSpacing"/>
        <w:rPr>
          <w:sz w:val="24"/>
          <w:szCs w:val="24"/>
        </w:rPr>
      </w:pPr>
    </w:p>
    <w:p w14:paraId="1AC7DB11" w14:textId="77777777" w:rsidR="00D50FF5" w:rsidRPr="00BC39A1" w:rsidRDefault="00D50FF5" w:rsidP="00D50FF5">
      <w:pPr>
        <w:pStyle w:val="NoSpacing"/>
        <w:rPr>
          <w:sz w:val="24"/>
          <w:szCs w:val="24"/>
        </w:rPr>
      </w:pPr>
    </w:p>
    <w:p w14:paraId="68809C58" w14:textId="77777777" w:rsidR="00D50FF5" w:rsidRPr="00BC39A1" w:rsidRDefault="00D50FF5" w:rsidP="00D50FF5">
      <w:pPr>
        <w:pStyle w:val="NoSpacing"/>
        <w:rPr>
          <w:sz w:val="24"/>
          <w:szCs w:val="24"/>
        </w:rPr>
      </w:pPr>
    </w:p>
    <w:p w14:paraId="2D053E6F" w14:textId="64CF0792" w:rsidR="00D50FF5" w:rsidRPr="00BC39A1" w:rsidRDefault="00D50FF5" w:rsidP="00D50FF5">
      <w:pPr>
        <w:pStyle w:val="NoSpacing"/>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Day </w:t>
      </w:r>
      <w:r w:rsidR="00031707">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I pledge not out of obligation, but out of gratitude</w:t>
      </w:r>
      <w:r w:rsidRPr="00BC39A1">
        <w:rPr>
          <w:b/>
          <w:noProo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28F242D" w14:textId="49CA2E44" w:rsidR="00D50FF5" w:rsidRPr="00D84A79" w:rsidRDefault="00D50FF5" w:rsidP="00D50FF5">
      <w:pPr>
        <w:pStyle w:val="NoSpacing"/>
        <w:rPr>
          <w:sz w:val="24"/>
          <w:szCs w:val="24"/>
        </w:rPr>
      </w:pPr>
      <w:r w:rsidRPr="00D84A79">
        <w:rPr>
          <w:sz w:val="24"/>
          <w:szCs w:val="24"/>
        </w:rPr>
        <w:t>Each of you should give what you have decided in your heart to give, not reluctantly or under compulsion, for God loves a cheerful giver.</w:t>
      </w:r>
    </w:p>
    <w:p w14:paraId="032B3C1B" w14:textId="06B4310B" w:rsidR="00B32CE3" w:rsidRPr="00D84A79" w:rsidRDefault="00D50FF5" w:rsidP="00F262B1">
      <w:pPr>
        <w:pStyle w:val="NoSpacing"/>
        <w:ind w:left="5040" w:firstLine="720"/>
        <w:rPr>
          <w:sz w:val="24"/>
          <w:szCs w:val="24"/>
        </w:rPr>
      </w:pPr>
      <w:r w:rsidRPr="00D84A79">
        <w:rPr>
          <w:sz w:val="24"/>
          <w:szCs w:val="24"/>
        </w:rPr>
        <w:t xml:space="preserve">~ </w:t>
      </w:r>
      <w:r w:rsidR="00BA1464" w:rsidRPr="00D84A79">
        <w:rPr>
          <w:sz w:val="24"/>
          <w:szCs w:val="24"/>
        </w:rPr>
        <w:t>2 Corinthians 9:7</w:t>
      </w:r>
      <w:r w:rsidRPr="00D84A79">
        <w:rPr>
          <w:sz w:val="24"/>
          <w:szCs w:val="24"/>
        </w:rPr>
        <w:t xml:space="preserve"> (NIV)</w:t>
      </w:r>
    </w:p>
    <w:p w14:paraId="19AD9D0E" w14:textId="77777777" w:rsidR="00D50FF5" w:rsidRPr="00D84A79" w:rsidRDefault="00D50FF5" w:rsidP="00D50FF5">
      <w:pPr>
        <w:pStyle w:val="NoSpacing"/>
        <w:rPr>
          <w:sz w:val="24"/>
          <w:szCs w:val="24"/>
        </w:rPr>
      </w:pPr>
    </w:p>
    <w:p w14:paraId="2CAD9ACC" w14:textId="6FA9CDE4" w:rsidR="00B32CE3" w:rsidRPr="00D84A79" w:rsidRDefault="00D50FF5" w:rsidP="00D50FF5">
      <w:pPr>
        <w:pStyle w:val="NoSpacing"/>
        <w:rPr>
          <w:sz w:val="24"/>
          <w:szCs w:val="24"/>
        </w:rPr>
      </w:pPr>
      <w:r w:rsidRPr="00D84A79">
        <w:rPr>
          <w:i/>
          <w:iCs/>
          <w:sz w:val="24"/>
          <w:szCs w:val="24"/>
        </w:rPr>
        <w:t>Reflection</w:t>
      </w:r>
      <w:r w:rsidRPr="00D84A79">
        <w:rPr>
          <w:sz w:val="24"/>
          <w:szCs w:val="24"/>
        </w:rPr>
        <w:t xml:space="preserve">: </w:t>
      </w:r>
      <w:r w:rsidR="00BA1464" w:rsidRPr="00D84A79">
        <w:rPr>
          <w:sz w:val="24"/>
          <w:szCs w:val="24"/>
        </w:rPr>
        <w:t>Giving should be a joyful response to God's grace, not a burdensome duty. Gratitude transforms our giving into worship.</w:t>
      </w:r>
    </w:p>
    <w:p w14:paraId="68565FBE" w14:textId="77777777" w:rsidR="00D50FF5" w:rsidRPr="00D84A79" w:rsidRDefault="00D50FF5" w:rsidP="00D50FF5">
      <w:pPr>
        <w:pStyle w:val="NoSpacing"/>
        <w:rPr>
          <w:sz w:val="24"/>
          <w:szCs w:val="24"/>
        </w:rPr>
      </w:pPr>
    </w:p>
    <w:p w14:paraId="1B18466D" w14:textId="604C9531" w:rsidR="00B32CE3" w:rsidRPr="00D84A79" w:rsidRDefault="00BA1464" w:rsidP="00D50FF5">
      <w:pPr>
        <w:pStyle w:val="NoSpacing"/>
        <w:rPr>
          <w:sz w:val="24"/>
          <w:szCs w:val="24"/>
        </w:rPr>
      </w:pPr>
      <w:r w:rsidRPr="00D84A79">
        <w:rPr>
          <w:i/>
          <w:iCs/>
          <w:sz w:val="24"/>
          <w:szCs w:val="24"/>
        </w:rPr>
        <w:t>Reflection Question</w:t>
      </w:r>
      <w:r w:rsidRPr="00D84A79">
        <w:rPr>
          <w:sz w:val="24"/>
          <w:szCs w:val="24"/>
        </w:rPr>
        <w:t>: What are you most grateful for that inspires your giving?</w:t>
      </w:r>
    </w:p>
    <w:p w14:paraId="55985EA7" w14:textId="77777777" w:rsidR="00D50FF5" w:rsidRPr="00D84A79" w:rsidRDefault="00D50FF5" w:rsidP="00D50FF5">
      <w:pPr>
        <w:pStyle w:val="NoSpacing"/>
        <w:rPr>
          <w:sz w:val="24"/>
          <w:szCs w:val="24"/>
        </w:rPr>
      </w:pPr>
    </w:p>
    <w:p w14:paraId="269CD1FE" w14:textId="75047242" w:rsidR="00D50FF5" w:rsidRPr="00D84A79" w:rsidRDefault="00D50FF5" w:rsidP="00D50FF5">
      <w:pPr>
        <w:pStyle w:val="NoSpacing"/>
        <w:rPr>
          <w:sz w:val="24"/>
          <w:szCs w:val="24"/>
        </w:rPr>
      </w:pPr>
      <w:r w:rsidRPr="00D84A79">
        <w:rPr>
          <w:i/>
          <w:iCs/>
          <w:sz w:val="24"/>
          <w:szCs w:val="24"/>
        </w:rPr>
        <w:t>Prayer</w:t>
      </w:r>
      <w:r w:rsidRPr="00D84A79">
        <w:rPr>
          <w:sz w:val="24"/>
          <w:szCs w:val="24"/>
        </w:rPr>
        <w:t xml:space="preserve">: Thank you God for all the blessings known and unknown in my life. Draw me closer to you each day so I can walk closer to you. </w:t>
      </w:r>
    </w:p>
    <w:p w14:paraId="2F5030DB" w14:textId="77777777" w:rsidR="00D50FF5" w:rsidRPr="00D84A79" w:rsidRDefault="00D50FF5" w:rsidP="00D50FF5">
      <w:pPr>
        <w:pStyle w:val="NoSpacing"/>
        <w:rPr>
          <w:sz w:val="24"/>
          <w:szCs w:val="24"/>
        </w:rPr>
      </w:pPr>
    </w:p>
    <w:p w14:paraId="6B4CEBCB" w14:textId="0EF14612" w:rsidR="00D50FF5" w:rsidRPr="00D84A79" w:rsidRDefault="00BB1BB9" w:rsidP="00BB1BB9">
      <w:pPr>
        <w:pStyle w:val="NoSpacing"/>
        <w:rPr>
          <w:sz w:val="24"/>
          <w:szCs w:val="24"/>
        </w:rPr>
      </w:pPr>
      <w:r w:rsidRPr="00D84A79">
        <w:rPr>
          <w:i/>
          <w:iCs/>
          <w:sz w:val="24"/>
          <w:szCs w:val="24"/>
        </w:rPr>
        <w:t>Today’s Recommendation Action</w:t>
      </w:r>
      <w:r w:rsidRPr="00D84A79">
        <w:rPr>
          <w:sz w:val="24"/>
          <w:szCs w:val="24"/>
        </w:rPr>
        <w:t xml:space="preserve">: Share with someone important in your life why they are </w:t>
      </w:r>
      <w:r w:rsidR="001809AE" w:rsidRPr="00D84A79">
        <w:rPr>
          <w:sz w:val="24"/>
          <w:szCs w:val="24"/>
        </w:rPr>
        <w:t>important.</w:t>
      </w:r>
    </w:p>
    <w:p w14:paraId="0CFD7D22" w14:textId="77777777" w:rsidR="00BB1BB9" w:rsidRPr="00D84A79" w:rsidRDefault="00BB1BB9" w:rsidP="00BB1BB9">
      <w:pPr>
        <w:pStyle w:val="NoSpacing"/>
        <w:rPr>
          <w:sz w:val="24"/>
          <w:szCs w:val="24"/>
        </w:rPr>
      </w:pPr>
    </w:p>
    <w:p w14:paraId="5A6AC27F" w14:textId="36A20B47" w:rsidR="00F50742" w:rsidRDefault="00F50742" w:rsidP="00BB1BB9">
      <w:pPr>
        <w:pStyle w:val="NoSpacing"/>
        <w:rPr>
          <w:sz w:val="24"/>
          <w:szCs w:val="24"/>
        </w:rPr>
      </w:pPr>
      <w:r w:rsidRPr="00D84A79">
        <w:rPr>
          <w:sz w:val="24"/>
          <w:szCs w:val="24"/>
        </w:rPr>
        <w:t>Notes: ________________________________________________________________________________________________________________________________________________________________________________</w:t>
      </w:r>
      <w:r w:rsidR="00D84A79" w:rsidRPr="00D84A79">
        <w:rPr>
          <w:sz w:val="24"/>
          <w:szCs w:val="24"/>
        </w:rPr>
        <w:t>__________________________________</w:t>
      </w:r>
    </w:p>
    <w:p w14:paraId="5C3E6175" w14:textId="77777777" w:rsidR="00F50742" w:rsidRPr="00BC39A1" w:rsidRDefault="00F50742" w:rsidP="00BB1BB9">
      <w:pPr>
        <w:pStyle w:val="NoSpacing"/>
        <w:rPr>
          <w:sz w:val="24"/>
          <w:szCs w:val="24"/>
        </w:rPr>
      </w:pPr>
    </w:p>
    <w:p w14:paraId="0D528490" w14:textId="0C6A7A55" w:rsidR="00B32CE3" w:rsidRPr="00E6065F"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2: My pledge is a reflection of my trust in God’s provision.</w:t>
      </w:r>
    </w:p>
    <w:p w14:paraId="6B5968A5" w14:textId="3D718E76" w:rsidR="00BB1BB9" w:rsidRPr="00D84A79" w:rsidRDefault="00BB1BB9" w:rsidP="00BB1BB9">
      <w:pPr>
        <w:pStyle w:val="NoSpacing"/>
        <w:rPr>
          <w:sz w:val="24"/>
          <w:szCs w:val="24"/>
        </w:rPr>
      </w:pPr>
      <w:r w:rsidRPr="00D84A79">
        <w:rPr>
          <w:sz w:val="24"/>
          <w:szCs w:val="24"/>
        </w:rPr>
        <w:t>And my God will meet all your needs according to the riches of his glory in Christ Jesus. To our God and Father be glory for ever and ever. Amen.</w:t>
      </w:r>
    </w:p>
    <w:p w14:paraId="31B44E4C" w14:textId="4C068037" w:rsidR="00B32CE3" w:rsidRPr="00D84A79" w:rsidRDefault="00BB1BB9" w:rsidP="00F262B1">
      <w:pPr>
        <w:pStyle w:val="NoSpacing"/>
        <w:ind w:left="5040" w:firstLine="720"/>
        <w:rPr>
          <w:sz w:val="24"/>
          <w:szCs w:val="24"/>
        </w:rPr>
      </w:pPr>
      <w:r w:rsidRPr="00D84A79">
        <w:rPr>
          <w:sz w:val="24"/>
          <w:szCs w:val="24"/>
        </w:rPr>
        <w:t xml:space="preserve">~ </w:t>
      </w:r>
      <w:r w:rsidR="00BA1464" w:rsidRPr="00D84A79">
        <w:rPr>
          <w:sz w:val="24"/>
          <w:szCs w:val="24"/>
        </w:rPr>
        <w:t>Philippians 4:19</w:t>
      </w:r>
      <w:r w:rsidR="00D50FF5" w:rsidRPr="00D84A79">
        <w:rPr>
          <w:sz w:val="24"/>
          <w:szCs w:val="24"/>
        </w:rPr>
        <w:t>-20</w:t>
      </w:r>
      <w:r w:rsidR="00B949E9" w:rsidRPr="00D84A79">
        <w:rPr>
          <w:sz w:val="24"/>
          <w:szCs w:val="24"/>
        </w:rPr>
        <w:t xml:space="preserve"> (NIV)</w:t>
      </w:r>
    </w:p>
    <w:p w14:paraId="60650B0D" w14:textId="77777777" w:rsidR="00D50FF5" w:rsidRPr="00D84A79" w:rsidRDefault="00D50FF5" w:rsidP="00D50FF5">
      <w:pPr>
        <w:pStyle w:val="NoSpacing"/>
        <w:rPr>
          <w:sz w:val="24"/>
          <w:szCs w:val="24"/>
        </w:rPr>
      </w:pPr>
    </w:p>
    <w:p w14:paraId="6D2C861C" w14:textId="1128FE6F" w:rsidR="00B32CE3" w:rsidRPr="00D84A79" w:rsidRDefault="00BB1BB9" w:rsidP="00D50FF5">
      <w:pPr>
        <w:pStyle w:val="NoSpacing"/>
        <w:rPr>
          <w:sz w:val="24"/>
          <w:szCs w:val="24"/>
        </w:rPr>
      </w:pPr>
      <w:r w:rsidRPr="00D84A79">
        <w:rPr>
          <w:i/>
          <w:iCs/>
          <w:sz w:val="24"/>
          <w:szCs w:val="24"/>
        </w:rPr>
        <w:t>Reflection</w:t>
      </w:r>
      <w:r w:rsidRPr="00D84A79">
        <w:rPr>
          <w:sz w:val="24"/>
          <w:szCs w:val="24"/>
        </w:rPr>
        <w:t xml:space="preserve">: </w:t>
      </w:r>
      <w:r w:rsidR="00BA1464" w:rsidRPr="00D84A79">
        <w:rPr>
          <w:sz w:val="24"/>
          <w:szCs w:val="24"/>
        </w:rPr>
        <w:t>Trusting God with our finances is a declaration of faith that He will supply all our needs.</w:t>
      </w:r>
    </w:p>
    <w:p w14:paraId="1852DA23" w14:textId="77777777" w:rsidR="00BB1BB9" w:rsidRPr="00D84A79" w:rsidRDefault="00BB1BB9" w:rsidP="00D50FF5">
      <w:pPr>
        <w:pStyle w:val="NoSpacing"/>
        <w:rPr>
          <w:sz w:val="24"/>
          <w:szCs w:val="24"/>
        </w:rPr>
      </w:pPr>
    </w:p>
    <w:p w14:paraId="6021CB78" w14:textId="6CB5967A" w:rsidR="00B32CE3" w:rsidRPr="00D84A79" w:rsidRDefault="00BA1464" w:rsidP="00D50FF5">
      <w:pPr>
        <w:pStyle w:val="NoSpacing"/>
        <w:rPr>
          <w:sz w:val="24"/>
          <w:szCs w:val="24"/>
        </w:rPr>
      </w:pPr>
      <w:r w:rsidRPr="00D84A79">
        <w:rPr>
          <w:i/>
          <w:iCs/>
          <w:sz w:val="24"/>
          <w:szCs w:val="24"/>
        </w:rPr>
        <w:t>Reflection Question</w:t>
      </w:r>
      <w:r w:rsidRPr="00D84A79">
        <w:rPr>
          <w:sz w:val="24"/>
          <w:szCs w:val="24"/>
        </w:rPr>
        <w:t>: How does your giving reflect your trust in God's provision?</w:t>
      </w:r>
    </w:p>
    <w:p w14:paraId="29481615" w14:textId="77777777" w:rsidR="00BB1BB9" w:rsidRPr="00D84A79" w:rsidRDefault="00BB1BB9" w:rsidP="00D50FF5">
      <w:pPr>
        <w:pStyle w:val="NoSpacing"/>
        <w:rPr>
          <w:sz w:val="24"/>
          <w:szCs w:val="24"/>
        </w:rPr>
      </w:pPr>
    </w:p>
    <w:p w14:paraId="06745D25" w14:textId="3F637936" w:rsidR="00BB1BB9" w:rsidRPr="00D84A79" w:rsidRDefault="00BB1BB9" w:rsidP="00D50FF5">
      <w:pPr>
        <w:pStyle w:val="NoSpacing"/>
        <w:rPr>
          <w:sz w:val="24"/>
          <w:szCs w:val="24"/>
        </w:rPr>
      </w:pPr>
      <w:r w:rsidRPr="00D84A79">
        <w:rPr>
          <w:i/>
          <w:iCs/>
          <w:sz w:val="24"/>
          <w:szCs w:val="24"/>
        </w:rPr>
        <w:t>Prayer</w:t>
      </w:r>
      <w:r w:rsidRPr="00D84A79">
        <w:rPr>
          <w:sz w:val="24"/>
          <w:szCs w:val="24"/>
        </w:rPr>
        <w:t xml:space="preserve">: Father of mercy, thank you for your provision even when I did not always believe it would be there. Thank you for the times that what I thought the solution should be </w:t>
      </w:r>
      <w:r w:rsidR="00F50742" w:rsidRPr="00D84A79">
        <w:rPr>
          <w:sz w:val="24"/>
          <w:szCs w:val="24"/>
        </w:rPr>
        <w:t xml:space="preserve">nut </w:t>
      </w:r>
      <w:r w:rsidRPr="00D84A79">
        <w:rPr>
          <w:sz w:val="24"/>
          <w:szCs w:val="24"/>
        </w:rPr>
        <w:t xml:space="preserve">was not the solution that ended up </w:t>
      </w:r>
      <w:r w:rsidR="001809AE" w:rsidRPr="00D84A79">
        <w:rPr>
          <w:sz w:val="24"/>
          <w:szCs w:val="24"/>
        </w:rPr>
        <w:t>being.</w:t>
      </w:r>
    </w:p>
    <w:p w14:paraId="3CB83388" w14:textId="77777777" w:rsidR="00BB1BB9" w:rsidRPr="00D84A79" w:rsidRDefault="00BB1BB9" w:rsidP="00D50FF5">
      <w:pPr>
        <w:pStyle w:val="NoSpacing"/>
        <w:rPr>
          <w:sz w:val="24"/>
          <w:szCs w:val="24"/>
        </w:rPr>
      </w:pPr>
    </w:p>
    <w:p w14:paraId="2240AF25" w14:textId="2212AAE8" w:rsidR="00D50FF5" w:rsidRPr="00D84A79" w:rsidRDefault="00BB1BB9" w:rsidP="00BB1BB9">
      <w:pPr>
        <w:pStyle w:val="NoSpacing"/>
        <w:rPr>
          <w:sz w:val="24"/>
          <w:szCs w:val="24"/>
        </w:rPr>
      </w:pPr>
      <w:r w:rsidRPr="00D84A79">
        <w:rPr>
          <w:i/>
          <w:iCs/>
          <w:sz w:val="24"/>
          <w:szCs w:val="24"/>
        </w:rPr>
        <w:t>Today’s Recommendation Action</w:t>
      </w:r>
      <w:r w:rsidRPr="00D84A79">
        <w:rPr>
          <w:sz w:val="24"/>
          <w:szCs w:val="24"/>
        </w:rPr>
        <w:t>: Reflect on a time that you were challenged to tr</w:t>
      </w:r>
      <w:r w:rsidR="00F50742" w:rsidRPr="00D84A79">
        <w:rPr>
          <w:sz w:val="24"/>
          <w:szCs w:val="24"/>
        </w:rPr>
        <w:t>u</w:t>
      </w:r>
      <w:r w:rsidRPr="00D84A79">
        <w:rPr>
          <w:sz w:val="24"/>
          <w:szCs w:val="24"/>
        </w:rPr>
        <w:t>st in God’s provision. Why?</w:t>
      </w:r>
    </w:p>
    <w:p w14:paraId="6108E79D" w14:textId="77777777" w:rsidR="00D50FF5" w:rsidRPr="00D84A79" w:rsidRDefault="00D50FF5" w:rsidP="00D50FF5">
      <w:pPr>
        <w:pStyle w:val="NoSpacing"/>
        <w:rPr>
          <w:sz w:val="24"/>
          <w:szCs w:val="24"/>
        </w:rPr>
      </w:pPr>
    </w:p>
    <w:p w14:paraId="5B142591" w14:textId="4A850125" w:rsidR="00D84A79" w:rsidRDefault="00F50742" w:rsidP="00D50FF5">
      <w:pPr>
        <w:pStyle w:val="NoSpacing"/>
        <w:rPr>
          <w:sz w:val="24"/>
          <w:szCs w:val="24"/>
        </w:rPr>
      </w:pPr>
      <w:r w:rsidRPr="00D84A79">
        <w:rPr>
          <w:sz w:val="24"/>
          <w:szCs w:val="24"/>
        </w:rPr>
        <w:t xml:space="preserve">Notes: </w:t>
      </w:r>
      <w:r w:rsidR="00754D48" w:rsidRPr="00D84A79">
        <w:rPr>
          <w:sz w:val="24"/>
          <w:szCs w:val="24"/>
        </w:rPr>
        <w:t>__________________________________________________________________________________________________________________________________________________________________________________________________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1DB8A3CC" w14:textId="77777777" w:rsidR="00D84A79" w:rsidRDefault="00D84A79" w:rsidP="00D50FF5">
      <w:pPr>
        <w:pStyle w:val="NoSpacing"/>
        <w:rPr>
          <w:sz w:val="24"/>
          <w:szCs w:val="24"/>
        </w:rPr>
      </w:pPr>
    </w:p>
    <w:p w14:paraId="2CD230DA" w14:textId="77777777" w:rsidR="00D84A79" w:rsidRDefault="00D84A79" w:rsidP="00D50FF5">
      <w:pPr>
        <w:pStyle w:val="NoSpacing"/>
        <w:rPr>
          <w:sz w:val="24"/>
          <w:szCs w:val="24"/>
        </w:rPr>
      </w:pPr>
    </w:p>
    <w:p w14:paraId="17044C18" w14:textId="77777777" w:rsidR="00D84A79" w:rsidRDefault="00D84A79" w:rsidP="00D50FF5">
      <w:pPr>
        <w:pStyle w:val="NoSpacing"/>
        <w:rPr>
          <w:sz w:val="24"/>
          <w:szCs w:val="24"/>
        </w:rPr>
      </w:pPr>
    </w:p>
    <w:p w14:paraId="19D0B241" w14:textId="77777777" w:rsidR="00EC3743" w:rsidRPr="00BC39A1" w:rsidRDefault="00EC3743" w:rsidP="00D50FF5">
      <w:pPr>
        <w:pStyle w:val="NoSpacing"/>
        <w:rPr>
          <w:sz w:val="24"/>
          <w:szCs w:val="24"/>
        </w:rPr>
      </w:pPr>
    </w:p>
    <w:p w14:paraId="49A873B7" w14:textId="77777777" w:rsidR="0093705E" w:rsidRDefault="0093705E" w:rsidP="00D50FF5">
      <w:pPr>
        <w:pStyle w:val="NoSpacing"/>
        <w:rPr>
          <w:sz w:val="24"/>
          <w:szCs w:val="24"/>
        </w:rPr>
      </w:pPr>
    </w:p>
    <w:p w14:paraId="0B8798A2" w14:textId="17058412" w:rsidR="00B32CE3" w:rsidRPr="00E6065F"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3: Stewardship means giving with purpose and joy.</w:t>
      </w:r>
    </w:p>
    <w:p w14:paraId="08DEA1ED" w14:textId="446FF804" w:rsidR="00281112" w:rsidRPr="00BC39A1" w:rsidRDefault="004C21A0" w:rsidP="00D50FF5">
      <w:pPr>
        <w:pStyle w:val="NoSpacing"/>
        <w:rPr>
          <w:sz w:val="24"/>
          <w:szCs w:val="24"/>
        </w:rPr>
      </w:pPr>
      <w:r w:rsidRPr="00BC39A1">
        <w:rPr>
          <w:sz w:val="24"/>
          <w:szCs w:val="24"/>
        </w:rPr>
        <w:t>You yourselves know that these hands of mine have supplied my own needs and the needs of my companions. 35 In everything I did, I showed you that by this kind of hard work we must help the weak, remembering the words the Lord Jesus himself said: ‘It is more blessed to give than to receive.</w:t>
      </w:r>
    </w:p>
    <w:p w14:paraId="6BF730C0" w14:textId="3548297C" w:rsidR="00B32CE3" w:rsidRPr="00BC39A1" w:rsidRDefault="00281112" w:rsidP="00F262B1">
      <w:pPr>
        <w:pStyle w:val="NoSpacing"/>
        <w:ind w:left="5040" w:firstLine="720"/>
        <w:rPr>
          <w:sz w:val="24"/>
          <w:szCs w:val="24"/>
        </w:rPr>
      </w:pPr>
      <w:r w:rsidRPr="00BC39A1">
        <w:rPr>
          <w:sz w:val="24"/>
          <w:szCs w:val="24"/>
        </w:rPr>
        <w:t xml:space="preserve">~ </w:t>
      </w:r>
      <w:r w:rsidR="00BA1464" w:rsidRPr="00BC39A1">
        <w:rPr>
          <w:sz w:val="24"/>
          <w:szCs w:val="24"/>
        </w:rPr>
        <w:t>Acts 20:3</w:t>
      </w:r>
      <w:r w:rsidR="004C21A0" w:rsidRPr="00BC39A1">
        <w:rPr>
          <w:sz w:val="24"/>
          <w:szCs w:val="24"/>
        </w:rPr>
        <w:t>4-3</w:t>
      </w:r>
      <w:r w:rsidR="00BA1464" w:rsidRPr="00BC39A1">
        <w:rPr>
          <w:sz w:val="24"/>
          <w:szCs w:val="24"/>
        </w:rPr>
        <w:t>5</w:t>
      </w:r>
      <w:r w:rsidR="004C21A0" w:rsidRPr="00BC39A1">
        <w:rPr>
          <w:sz w:val="24"/>
          <w:szCs w:val="24"/>
        </w:rPr>
        <w:t xml:space="preserve"> (NIV)</w:t>
      </w:r>
    </w:p>
    <w:p w14:paraId="61B0779E" w14:textId="77777777" w:rsidR="00754D48" w:rsidRPr="00BC39A1" w:rsidRDefault="00754D48" w:rsidP="00D50FF5">
      <w:pPr>
        <w:pStyle w:val="NoSpacing"/>
        <w:rPr>
          <w:sz w:val="24"/>
          <w:szCs w:val="24"/>
        </w:rPr>
      </w:pPr>
    </w:p>
    <w:p w14:paraId="051634E8" w14:textId="5220F452" w:rsidR="00B32CE3" w:rsidRPr="00BC39A1" w:rsidRDefault="00754D48" w:rsidP="00D50FF5">
      <w:pPr>
        <w:pStyle w:val="NoSpacing"/>
        <w:rPr>
          <w:sz w:val="24"/>
          <w:szCs w:val="24"/>
        </w:rPr>
      </w:pPr>
      <w:r w:rsidRPr="00F50742">
        <w:rPr>
          <w:i/>
          <w:iCs/>
          <w:sz w:val="24"/>
          <w:szCs w:val="24"/>
        </w:rPr>
        <w:t>Reflection</w:t>
      </w:r>
      <w:r w:rsidRPr="00BC39A1">
        <w:rPr>
          <w:sz w:val="24"/>
          <w:szCs w:val="24"/>
        </w:rPr>
        <w:t xml:space="preserve">: </w:t>
      </w:r>
      <w:r w:rsidR="00BA1464" w:rsidRPr="00BC39A1">
        <w:rPr>
          <w:sz w:val="24"/>
          <w:szCs w:val="24"/>
        </w:rPr>
        <w:t>There is joy in giving when we understand its purpose—to bless others and glorify God.</w:t>
      </w:r>
    </w:p>
    <w:p w14:paraId="2806ED3F" w14:textId="77777777" w:rsidR="00754D48" w:rsidRPr="00BC39A1" w:rsidRDefault="00754D48" w:rsidP="00D50FF5">
      <w:pPr>
        <w:pStyle w:val="NoSpacing"/>
        <w:rPr>
          <w:sz w:val="24"/>
          <w:szCs w:val="24"/>
        </w:rPr>
      </w:pPr>
    </w:p>
    <w:p w14:paraId="3FF86533" w14:textId="5549DB55" w:rsidR="00B32CE3" w:rsidRPr="00BC39A1" w:rsidRDefault="00BA1464" w:rsidP="00D50FF5">
      <w:pPr>
        <w:pStyle w:val="NoSpacing"/>
        <w:rPr>
          <w:sz w:val="24"/>
          <w:szCs w:val="24"/>
        </w:rPr>
      </w:pPr>
      <w:r w:rsidRPr="00F50742">
        <w:rPr>
          <w:i/>
          <w:iCs/>
          <w:sz w:val="24"/>
          <w:szCs w:val="24"/>
        </w:rPr>
        <w:t>Reflection Question</w:t>
      </w:r>
      <w:r w:rsidRPr="00BC39A1">
        <w:rPr>
          <w:sz w:val="24"/>
          <w:szCs w:val="24"/>
        </w:rPr>
        <w:t>: What brings you joy in the act of giving?</w:t>
      </w:r>
    </w:p>
    <w:p w14:paraId="1C515B23" w14:textId="77777777" w:rsidR="00BB1BB9" w:rsidRPr="00BC39A1" w:rsidRDefault="00BB1BB9" w:rsidP="00D50FF5">
      <w:pPr>
        <w:pStyle w:val="NoSpacing"/>
        <w:rPr>
          <w:sz w:val="24"/>
          <w:szCs w:val="24"/>
        </w:rPr>
      </w:pPr>
    </w:p>
    <w:p w14:paraId="5606EB1D" w14:textId="05F8E96D" w:rsidR="00754D48" w:rsidRPr="00BC39A1" w:rsidRDefault="00754D48" w:rsidP="00D50FF5">
      <w:pPr>
        <w:pStyle w:val="NoSpacing"/>
        <w:rPr>
          <w:sz w:val="24"/>
          <w:szCs w:val="24"/>
        </w:rPr>
      </w:pPr>
      <w:r w:rsidRPr="00F50742">
        <w:rPr>
          <w:i/>
          <w:iCs/>
          <w:sz w:val="24"/>
          <w:szCs w:val="24"/>
        </w:rPr>
        <w:t>Prayer</w:t>
      </w:r>
      <w:r w:rsidRPr="00BC39A1">
        <w:rPr>
          <w:sz w:val="24"/>
          <w:szCs w:val="24"/>
        </w:rPr>
        <w:t xml:space="preserve">: </w:t>
      </w:r>
      <w:r w:rsidR="00281112" w:rsidRPr="00BC39A1">
        <w:rPr>
          <w:sz w:val="24"/>
          <w:szCs w:val="24"/>
        </w:rPr>
        <w:t xml:space="preserve">Thank you Lord for those you have brought into my life. </w:t>
      </w:r>
      <w:r w:rsidR="008511CF" w:rsidRPr="00BC39A1">
        <w:rPr>
          <w:sz w:val="24"/>
          <w:szCs w:val="24"/>
        </w:rPr>
        <w:t xml:space="preserve">Thank you </w:t>
      </w:r>
      <w:r w:rsidR="001809AE" w:rsidRPr="00BC39A1">
        <w:rPr>
          <w:sz w:val="24"/>
          <w:szCs w:val="24"/>
        </w:rPr>
        <w:t>for being</w:t>
      </w:r>
      <w:r w:rsidR="008511CF" w:rsidRPr="00BC39A1">
        <w:rPr>
          <w:sz w:val="24"/>
          <w:szCs w:val="24"/>
        </w:rPr>
        <w:t xml:space="preserve"> alive and with us encouraging and guiding us each day. Help me tune more and more to you each </w:t>
      </w:r>
      <w:r w:rsidR="001809AE" w:rsidRPr="00BC39A1">
        <w:rPr>
          <w:sz w:val="24"/>
          <w:szCs w:val="24"/>
        </w:rPr>
        <w:t>day.</w:t>
      </w:r>
    </w:p>
    <w:p w14:paraId="350D04F5" w14:textId="77777777" w:rsidR="008511CF" w:rsidRPr="00BC39A1" w:rsidRDefault="008511CF" w:rsidP="00D50FF5">
      <w:pPr>
        <w:pStyle w:val="NoSpacing"/>
        <w:rPr>
          <w:sz w:val="24"/>
          <w:szCs w:val="24"/>
        </w:rPr>
      </w:pPr>
    </w:p>
    <w:p w14:paraId="2C6504C3" w14:textId="61F9B89F" w:rsidR="00D678BF" w:rsidRPr="00BC39A1" w:rsidRDefault="00D678BF" w:rsidP="00D50FF5">
      <w:pPr>
        <w:pStyle w:val="NoSpacing"/>
        <w:rPr>
          <w:sz w:val="24"/>
          <w:szCs w:val="24"/>
        </w:rPr>
      </w:pPr>
      <w:r w:rsidRPr="00F50742">
        <w:rPr>
          <w:i/>
          <w:iCs/>
          <w:sz w:val="24"/>
          <w:szCs w:val="24"/>
        </w:rPr>
        <w:t>Today’s Recommendation Action</w:t>
      </w:r>
      <w:r w:rsidRPr="00BC39A1">
        <w:rPr>
          <w:sz w:val="24"/>
          <w:szCs w:val="24"/>
        </w:rPr>
        <w:t>:</w:t>
      </w:r>
      <w:r w:rsidR="00F50742">
        <w:rPr>
          <w:sz w:val="24"/>
          <w:szCs w:val="24"/>
        </w:rPr>
        <w:t xml:space="preserve"> </w:t>
      </w:r>
      <w:r w:rsidRPr="00BC39A1">
        <w:rPr>
          <w:sz w:val="24"/>
          <w:szCs w:val="24"/>
        </w:rPr>
        <w:t xml:space="preserve">Reach out to someone who has been on your mind whether by email, text, or picking up the </w:t>
      </w:r>
      <w:r w:rsidR="001809AE" w:rsidRPr="00BC39A1">
        <w:rPr>
          <w:sz w:val="24"/>
          <w:szCs w:val="24"/>
        </w:rPr>
        <w:t>phone.</w:t>
      </w:r>
    </w:p>
    <w:p w14:paraId="3660BA7D" w14:textId="77777777" w:rsidR="00281112" w:rsidRDefault="00281112" w:rsidP="00D50FF5">
      <w:pPr>
        <w:pStyle w:val="NoSpacing"/>
        <w:rPr>
          <w:sz w:val="24"/>
          <w:szCs w:val="24"/>
        </w:rPr>
      </w:pPr>
    </w:p>
    <w:p w14:paraId="080B4740" w14:textId="5070691D" w:rsidR="00281112" w:rsidRPr="00BC39A1" w:rsidRDefault="00F50742" w:rsidP="00D50FF5">
      <w:pPr>
        <w:pStyle w:val="NoSpacing"/>
        <w:rPr>
          <w:sz w:val="24"/>
          <w:szCs w:val="24"/>
        </w:rPr>
      </w:pPr>
      <w:r>
        <w:rPr>
          <w:sz w:val="24"/>
          <w:szCs w:val="24"/>
        </w:rPr>
        <w:t xml:space="preserve">Notes: </w:t>
      </w:r>
      <w:r w:rsidR="00BC39A1" w:rsidRPr="00BC39A1">
        <w:rPr>
          <w:sz w:val="24"/>
          <w:szCs w:val="24"/>
        </w:rPr>
        <w:t>__________________________________________________________________________________________________________________________________________________________________________________________________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56468691" w14:textId="77777777" w:rsidR="00F50742" w:rsidRPr="00BC39A1" w:rsidRDefault="00F50742" w:rsidP="00D50FF5">
      <w:pPr>
        <w:pStyle w:val="NoSpacing"/>
        <w:rPr>
          <w:sz w:val="24"/>
          <w:szCs w:val="24"/>
        </w:rPr>
      </w:pPr>
    </w:p>
    <w:p w14:paraId="374F22DB" w14:textId="10311432" w:rsidR="00B32CE3" w:rsidRPr="00E6065F" w:rsidRDefault="00F50742"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BA1464"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ay 4: I am part of something bigger than myself.</w:t>
      </w:r>
    </w:p>
    <w:p w14:paraId="2727F381" w14:textId="36C93920" w:rsidR="00BC39A1" w:rsidRDefault="001E1333" w:rsidP="00D50FF5">
      <w:pPr>
        <w:pStyle w:val="NoSpacing"/>
        <w:rPr>
          <w:sz w:val="24"/>
          <w:szCs w:val="24"/>
        </w:rPr>
      </w:pPr>
      <w:r w:rsidRPr="001E1333">
        <w:rPr>
          <w:sz w:val="24"/>
          <w:szCs w:val="24"/>
        </w:rPr>
        <w:t>For just as each of us has one body with many members, and these members do not all have the same function, 5 so in Christ we, though many, form one body, and each member belongs to all the others.</w:t>
      </w:r>
    </w:p>
    <w:p w14:paraId="71F8F06A" w14:textId="5CC171C7" w:rsidR="00B32CE3" w:rsidRPr="00BC39A1" w:rsidRDefault="00BC39A1" w:rsidP="00F262B1">
      <w:pPr>
        <w:pStyle w:val="NoSpacing"/>
        <w:ind w:left="5040" w:firstLine="720"/>
        <w:rPr>
          <w:sz w:val="24"/>
          <w:szCs w:val="24"/>
        </w:rPr>
      </w:pPr>
      <w:r>
        <w:rPr>
          <w:sz w:val="24"/>
          <w:szCs w:val="24"/>
        </w:rPr>
        <w:t xml:space="preserve">~ </w:t>
      </w:r>
      <w:r w:rsidR="00BA1464" w:rsidRPr="00BC39A1">
        <w:rPr>
          <w:sz w:val="24"/>
          <w:szCs w:val="24"/>
        </w:rPr>
        <w:t>Romans 12:4-5</w:t>
      </w:r>
      <w:r>
        <w:rPr>
          <w:sz w:val="24"/>
          <w:szCs w:val="24"/>
        </w:rPr>
        <w:t xml:space="preserve"> (NIV)</w:t>
      </w:r>
    </w:p>
    <w:p w14:paraId="436EB341" w14:textId="77777777" w:rsidR="00BC39A1" w:rsidRDefault="00BC39A1" w:rsidP="00D50FF5">
      <w:pPr>
        <w:pStyle w:val="NoSpacing"/>
        <w:rPr>
          <w:sz w:val="24"/>
          <w:szCs w:val="24"/>
        </w:rPr>
      </w:pPr>
    </w:p>
    <w:p w14:paraId="762C0FEF" w14:textId="68C21240" w:rsidR="00B32CE3" w:rsidRPr="00BC39A1" w:rsidRDefault="00BC39A1" w:rsidP="00D50FF5">
      <w:pPr>
        <w:pStyle w:val="NoSpacing"/>
        <w:rPr>
          <w:sz w:val="24"/>
          <w:szCs w:val="24"/>
        </w:rPr>
      </w:pPr>
      <w:r w:rsidRPr="00F50742">
        <w:rPr>
          <w:i/>
          <w:iCs/>
          <w:sz w:val="24"/>
          <w:szCs w:val="24"/>
        </w:rPr>
        <w:t>Reflection</w:t>
      </w:r>
      <w:r>
        <w:rPr>
          <w:sz w:val="24"/>
          <w:szCs w:val="24"/>
        </w:rPr>
        <w:t xml:space="preserve">: </w:t>
      </w:r>
      <w:r w:rsidR="00BA1464" w:rsidRPr="00BC39A1">
        <w:rPr>
          <w:sz w:val="24"/>
          <w:szCs w:val="24"/>
        </w:rPr>
        <w:t>We are members of one body, and our contributions support the whole. Your pledge connects you to a greater mission.</w:t>
      </w:r>
    </w:p>
    <w:p w14:paraId="5E392B00" w14:textId="77777777" w:rsidR="00BC39A1" w:rsidRDefault="00BC39A1" w:rsidP="00D50FF5">
      <w:pPr>
        <w:pStyle w:val="NoSpacing"/>
        <w:rPr>
          <w:sz w:val="24"/>
          <w:szCs w:val="24"/>
        </w:rPr>
      </w:pPr>
    </w:p>
    <w:p w14:paraId="136C46BA" w14:textId="78431A8E" w:rsidR="00B32CE3" w:rsidRPr="00BC39A1" w:rsidRDefault="00BA1464" w:rsidP="00D50FF5">
      <w:pPr>
        <w:pStyle w:val="NoSpacing"/>
        <w:rPr>
          <w:sz w:val="24"/>
          <w:szCs w:val="24"/>
        </w:rPr>
      </w:pPr>
      <w:r w:rsidRPr="00F50742">
        <w:rPr>
          <w:i/>
          <w:iCs/>
          <w:sz w:val="24"/>
          <w:szCs w:val="24"/>
        </w:rPr>
        <w:t>Reflection Question</w:t>
      </w:r>
      <w:r w:rsidRPr="00BC39A1">
        <w:rPr>
          <w:sz w:val="24"/>
          <w:szCs w:val="24"/>
        </w:rPr>
        <w:t>: How does your giving connect you to the larger body of Christ?</w:t>
      </w:r>
    </w:p>
    <w:p w14:paraId="5962973F" w14:textId="77777777" w:rsidR="00BB1BB9" w:rsidRPr="00BC39A1" w:rsidRDefault="00BB1BB9" w:rsidP="00D50FF5">
      <w:pPr>
        <w:pStyle w:val="NoSpacing"/>
        <w:rPr>
          <w:sz w:val="24"/>
          <w:szCs w:val="24"/>
        </w:rPr>
      </w:pPr>
    </w:p>
    <w:p w14:paraId="1CE23A2E" w14:textId="28D5A9F9" w:rsidR="0032754D" w:rsidRDefault="0032754D" w:rsidP="00D50FF5">
      <w:pPr>
        <w:pStyle w:val="NoSpacing"/>
        <w:rPr>
          <w:sz w:val="24"/>
          <w:szCs w:val="24"/>
        </w:rPr>
      </w:pPr>
      <w:r w:rsidRPr="00F50742">
        <w:rPr>
          <w:i/>
          <w:iCs/>
          <w:sz w:val="24"/>
          <w:szCs w:val="24"/>
        </w:rPr>
        <w:t>Prayer</w:t>
      </w:r>
      <w:r>
        <w:rPr>
          <w:sz w:val="24"/>
          <w:szCs w:val="24"/>
        </w:rPr>
        <w:t xml:space="preserve">: </w:t>
      </w:r>
      <w:r w:rsidR="001809AE">
        <w:rPr>
          <w:sz w:val="24"/>
          <w:szCs w:val="24"/>
        </w:rPr>
        <w:t>Righteous</w:t>
      </w:r>
      <w:r w:rsidR="00F30012">
        <w:rPr>
          <w:sz w:val="24"/>
          <w:szCs w:val="24"/>
        </w:rPr>
        <w:t xml:space="preserve"> Father. You sent your son </w:t>
      </w:r>
      <w:r w:rsidR="001459F9">
        <w:rPr>
          <w:sz w:val="24"/>
          <w:szCs w:val="24"/>
        </w:rPr>
        <w:t xml:space="preserve">to </w:t>
      </w:r>
      <w:r w:rsidR="003771D8">
        <w:rPr>
          <w:sz w:val="24"/>
          <w:szCs w:val="24"/>
        </w:rPr>
        <w:t xml:space="preserve">show </w:t>
      </w:r>
      <w:r w:rsidR="00472EA3">
        <w:rPr>
          <w:sz w:val="24"/>
          <w:szCs w:val="24"/>
        </w:rPr>
        <w:t xml:space="preserve">us how to live in community and care about those around us. </w:t>
      </w:r>
      <w:r w:rsidR="00FC3FC7">
        <w:rPr>
          <w:sz w:val="24"/>
          <w:szCs w:val="24"/>
        </w:rPr>
        <w:t>Thank you for the opportunity to take a moment to think about the impact I can have on those around us.</w:t>
      </w:r>
    </w:p>
    <w:p w14:paraId="1A4E4B7F" w14:textId="77777777" w:rsidR="00472EA3" w:rsidRDefault="00472EA3" w:rsidP="00D50FF5">
      <w:pPr>
        <w:pStyle w:val="NoSpacing"/>
        <w:rPr>
          <w:sz w:val="24"/>
          <w:szCs w:val="24"/>
        </w:rPr>
      </w:pPr>
    </w:p>
    <w:p w14:paraId="37DC9644" w14:textId="6A7A6729" w:rsidR="00472EA3" w:rsidRDefault="00472EA3" w:rsidP="00D50FF5">
      <w:pPr>
        <w:pStyle w:val="NoSpacing"/>
        <w:rPr>
          <w:sz w:val="24"/>
          <w:szCs w:val="24"/>
        </w:rPr>
      </w:pPr>
      <w:r w:rsidRPr="00F50742">
        <w:rPr>
          <w:i/>
          <w:iCs/>
          <w:sz w:val="24"/>
          <w:szCs w:val="24"/>
        </w:rPr>
        <w:t>Today’s Recommendation Action</w:t>
      </w:r>
      <w:r>
        <w:rPr>
          <w:sz w:val="24"/>
          <w:szCs w:val="24"/>
        </w:rPr>
        <w:t xml:space="preserve">: </w:t>
      </w:r>
      <w:r w:rsidR="00833D12">
        <w:rPr>
          <w:sz w:val="24"/>
          <w:szCs w:val="24"/>
        </w:rPr>
        <w:t>Write down something or someone that you want to impact in 2026.</w:t>
      </w:r>
    </w:p>
    <w:p w14:paraId="2F9C9121" w14:textId="77777777" w:rsidR="00093B1E" w:rsidRDefault="00093B1E" w:rsidP="00D50FF5">
      <w:pPr>
        <w:pStyle w:val="NoSpacing"/>
        <w:rPr>
          <w:sz w:val="24"/>
          <w:szCs w:val="24"/>
        </w:rPr>
      </w:pPr>
    </w:p>
    <w:p w14:paraId="38875F51" w14:textId="65E47398" w:rsidR="00093B1E" w:rsidRDefault="00F50742" w:rsidP="00D50FF5">
      <w:pPr>
        <w:pStyle w:val="NoSpacing"/>
        <w:rPr>
          <w:sz w:val="24"/>
          <w:szCs w:val="24"/>
        </w:rPr>
      </w:pPr>
      <w:r>
        <w:rPr>
          <w:sz w:val="24"/>
          <w:szCs w:val="24"/>
        </w:rPr>
        <w:t>Notes: _</w:t>
      </w:r>
      <w:r w:rsidR="00093B1E">
        <w:rPr>
          <w:sz w:val="24"/>
          <w:szCs w:val="24"/>
        </w:rPr>
        <w:t>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72CC0E82" w14:textId="77777777" w:rsidR="0093705E" w:rsidRDefault="0093705E" w:rsidP="00D50FF5">
      <w:pPr>
        <w:pStyle w:val="NoSpacing"/>
        <w:rPr>
          <w:sz w:val="24"/>
          <w:szCs w:val="24"/>
        </w:rPr>
      </w:pPr>
    </w:p>
    <w:p w14:paraId="3BE20DA2" w14:textId="5E6C10C4" w:rsidR="00B32CE3" w:rsidRPr="00E6065F"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5: My giving supports ministries that change lives.</w:t>
      </w:r>
    </w:p>
    <w:p w14:paraId="52C88442" w14:textId="1C50F7D2" w:rsidR="00093B1E" w:rsidRDefault="00812130" w:rsidP="00D50FF5">
      <w:pPr>
        <w:pStyle w:val="NoSpacing"/>
        <w:rPr>
          <w:sz w:val="24"/>
          <w:szCs w:val="24"/>
        </w:rPr>
      </w:pPr>
      <w:r w:rsidRPr="00812130">
        <w:rPr>
          <w:sz w:val="24"/>
          <w:szCs w:val="24"/>
        </w:rPr>
        <w:t>The King will reply, ‘Truly I tell you, whatever you did for one of the least of these brothers and sisters of mine, you did for me.</w:t>
      </w:r>
    </w:p>
    <w:p w14:paraId="6A31E54D" w14:textId="791648C1" w:rsidR="00B32CE3" w:rsidRDefault="00093B1E" w:rsidP="00F262B1">
      <w:pPr>
        <w:pStyle w:val="NoSpacing"/>
        <w:ind w:left="5040" w:firstLine="720"/>
        <w:rPr>
          <w:sz w:val="24"/>
          <w:szCs w:val="24"/>
        </w:rPr>
      </w:pPr>
      <w:r>
        <w:rPr>
          <w:sz w:val="24"/>
          <w:szCs w:val="24"/>
        </w:rPr>
        <w:t xml:space="preserve">~ </w:t>
      </w:r>
      <w:r w:rsidR="00BA1464" w:rsidRPr="00BC39A1">
        <w:rPr>
          <w:sz w:val="24"/>
          <w:szCs w:val="24"/>
        </w:rPr>
        <w:t>Matthew 25:40</w:t>
      </w:r>
      <w:r>
        <w:rPr>
          <w:sz w:val="24"/>
          <w:szCs w:val="24"/>
        </w:rPr>
        <w:t xml:space="preserve"> (NIV)</w:t>
      </w:r>
    </w:p>
    <w:p w14:paraId="6F97DE08" w14:textId="77777777" w:rsidR="00093B1E" w:rsidRDefault="00093B1E" w:rsidP="00D50FF5">
      <w:pPr>
        <w:pStyle w:val="NoSpacing"/>
        <w:rPr>
          <w:sz w:val="24"/>
          <w:szCs w:val="24"/>
        </w:rPr>
      </w:pPr>
    </w:p>
    <w:p w14:paraId="1736B8EE" w14:textId="5D7D2200" w:rsidR="00B32CE3" w:rsidRPr="00BC39A1" w:rsidRDefault="00093B1E" w:rsidP="00D50FF5">
      <w:pPr>
        <w:pStyle w:val="NoSpacing"/>
        <w:rPr>
          <w:sz w:val="24"/>
          <w:szCs w:val="24"/>
        </w:rPr>
      </w:pPr>
      <w:r w:rsidRPr="00F50742">
        <w:rPr>
          <w:i/>
          <w:iCs/>
          <w:sz w:val="24"/>
          <w:szCs w:val="24"/>
        </w:rPr>
        <w:t>Reflection</w:t>
      </w:r>
      <w:r>
        <w:rPr>
          <w:sz w:val="24"/>
          <w:szCs w:val="24"/>
        </w:rPr>
        <w:t xml:space="preserve">: </w:t>
      </w:r>
      <w:r w:rsidR="00BA1464" w:rsidRPr="00BC39A1">
        <w:rPr>
          <w:sz w:val="24"/>
          <w:szCs w:val="24"/>
        </w:rPr>
        <w:t>When we give, we serve Christ by serving others. Our pledges empower ministries that bring hope and healing.</w:t>
      </w:r>
    </w:p>
    <w:p w14:paraId="7D9E66D7" w14:textId="77777777" w:rsidR="00093B1E" w:rsidRDefault="00093B1E" w:rsidP="00D50FF5">
      <w:pPr>
        <w:pStyle w:val="NoSpacing"/>
        <w:rPr>
          <w:sz w:val="24"/>
          <w:szCs w:val="24"/>
        </w:rPr>
      </w:pPr>
    </w:p>
    <w:p w14:paraId="296142E7" w14:textId="248E472C" w:rsidR="00B32CE3" w:rsidRPr="00BC39A1" w:rsidRDefault="00BA1464" w:rsidP="00D50FF5">
      <w:pPr>
        <w:pStyle w:val="NoSpacing"/>
        <w:rPr>
          <w:sz w:val="24"/>
          <w:szCs w:val="24"/>
        </w:rPr>
      </w:pPr>
      <w:r w:rsidRPr="00F50742">
        <w:rPr>
          <w:i/>
          <w:iCs/>
          <w:sz w:val="24"/>
          <w:szCs w:val="24"/>
        </w:rPr>
        <w:t>Reflection Question</w:t>
      </w:r>
      <w:r w:rsidRPr="00BC39A1">
        <w:rPr>
          <w:sz w:val="24"/>
          <w:szCs w:val="24"/>
        </w:rPr>
        <w:t>: What ministry has impacted your life or the lives of others through giving?</w:t>
      </w:r>
    </w:p>
    <w:p w14:paraId="25425B0E" w14:textId="77777777" w:rsidR="00BB1BB9" w:rsidRPr="00BC39A1" w:rsidRDefault="00BB1BB9" w:rsidP="00D50FF5">
      <w:pPr>
        <w:pStyle w:val="NoSpacing"/>
        <w:rPr>
          <w:sz w:val="24"/>
          <w:szCs w:val="24"/>
        </w:rPr>
      </w:pPr>
    </w:p>
    <w:p w14:paraId="1AFBD7EB" w14:textId="46920B1D" w:rsidR="00093B1E" w:rsidRDefault="00093B1E" w:rsidP="00D50FF5">
      <w:pPr>
        <w:pStyle w:val="NoSpacing"/>
        <w:rPr>
          <w:sz w:val="24"/>
          <w:szCs w:val="24"/>
        </w:rPr>
      </w:pPr>
      <w:r w:rsidRPr="00F50742">
        <w:rPr>
          <w:i/>
          <w:iCs/>
          <w:sz w:val="24"/>
          <w:szCs w:val="24"/>
        </w:rPr>
        <w:t>Prayer</w:t>
      </w:r>
      <w:r>
        <w:rPr>
          <w:sz w:val="24"/>
          <w:szCs w:val="24"/>
        </w:rPr>
        <w:t xml:space="preserve">: </w:t>
      </w:r>
      <w:r w:rsidR="00100357">
        <w:rPr>
          <w:sz w:val="24"/>
          <w:szCs w:val="24"/>
        </w:rPr>
        <w:t>Loving God Thank you for</w:t>
      </w:r>
      <w:r w:rsidR="00974062">
        <w:rPr>
          <w:sz w:val="24"/>
          <w:szCs w:val="24"/>
        </w:rPr>
        <w:t xml:space="preserve"> the community </w:t>
      </w:r>
      <w:r w:rsidR="002F4239">
        <w:rPr>
          <w:sz w:val="24"/>
          <w:szCs w:val="24"/>
        </w:rPr>
        <w:t xml:space="preserve">our faith provides for us. That we are not trying to accomplish things </w:t>
      </w:r>
      <w:r w:rsidR="00F50742">
        <w:rPr>
          <w:sz w:val="24"/>
          <w:szCs w:val="24"/>
        </w:rPr>
        <w:t>ourselves but</w:t>
      </w:r>
      <w:r w:rsidR="002F4239">
        <w:rPr>
          <w:sz w:val="24"/>
          <w:szCs w:val="24"/>
        </w:rPr>
        <w:t xml:space="preserve"> can instead join together and </w:t>
      </w:r>
      <w:r w:rsidR="00543783">
        <w:rPr>
          <w:sz w:val="24"/>
          <w:szCs w:val="24"/>
        </w:rPr>
        <w:t xml:space="preserve">have even greater impact to those around us. </w:t>
      </w:r>
    </w:p>
    <w:p w14:paraId="53098981" w14:textId="77777777" w:rsidR="00100357" w:rsidRDefault="00100357" w:rsidP="00D50FF5">
      <w:pPr>
        <w:pStyle w:val="NoSpacing"/>
        <w:rPr>
          <w:sz w:val="24"/>
          <w:szCs w:val="24"/>
        </w:rPr>
      </w:pPr>
    </w:p>
    <w:p w14:paraId="11EDAC5F" w14:textId="6BC13AED" w:rsidR="00471FA4" w:rsidRPr="00BC39A1" w:rsidRDefault="00093B1E" w:rsidP="00D50FF5">
      <w:pPr>
        <w:pStyle w:val="NoSpacing"/>
        <w:rPr>
          <w:sz w:val="24"/>
          <w:szCs w:val="24"/>
        </w:rPr>
      </w:pPr>
      <w:r w:rsidRPr="00F50742">
        <w:rPr>
          <w:i/>
          <w:iCs/>
          <w:sz w:val="24"/>
          <w:szCs w:val="24"/>
        </w:rPr>
        <w:t>Today’s Recommendation Action</w:t>
      </w:r>
      <w:r>
        <w:rPr>
          <w:sz w:val="24"/>
          <w:szCs w:val="24"/>
        </w:rPr>
        <w:t xml:space="preserve">: </w:t>
      </w:r>
      <w:r w:rsidR="003E5656">
        <w:rPr>
          <w:sz w:val="24"/>
          <w:szCs w:val="24"/>
        </w:rPr>
        <w:t xml:space="preserve">Look at the MPC prayer chain and </w:t>
      </w:r>
      <w:r w:rsidR="00890E35">
        <w:rPr>
          <w:sz w:val="24"/>
          <w:szCs w:val="24"/>
        </w:rPr>
        <w:t>select a mission to pray for throughout today.</w:t>
      </w:r>
    </w:p>
    <w:p w14:paraId="363052C2" w14:textId="77777777" w:rsidR="00BB1BB9" w:rsidRPr="00BC39A1" w:rsidRDefault="00BB1BB9" w:rsidP="00D50FF5">
      <w:pPr>
        <w:pStyle w:val="NoSpacing"/>
        <w:rPr>
          <w:sz w:val="24"/>
          <w:szCs w:val="24"/>
        </w:rPr>
      </w:pPr>
    </w:p>
    <w:p w14:paraId="2B1FFA38" w14:textId="77777777" w:rsidR="00F50742" w:rsidRDefault="00F50742" w:rsidP="00D50FF5">
      <w:pPr>
        <w:pStyle w:val="NoSpacing"/>
        <w:rPr>
          <w:sz w:val="24"/>
          <w:szCs w:val="24"/>
        </w:rPr>
      </w:pPr>
      <w:r>
        <w:rPr>
          <w:sz w:val="24"/>
          <w:szCs w:val="24"/>
        </w:rPr>
        <w:t xml:space="preserve">Notes: </w:t>
      </w:r>
    </w:p>
    <w:p w14:paraId="1A06C564" w14:textId="470FB1DE" w:rsidR="00BB1BB9" w:rsidRDefault="00F5208D" w:rsidP="00D50FF5">
      <w:pPr>
        <w:pStyle w:val="NoSpacing"/>
        <w:rPr>
          <w:sz w:val="24"/>
          <w:szCs w:val="24"/>
        </w:rPr>
      </w:pPr>
      <w:r>
        <w:rPr>
          <w:sz w:val="24"/>
          <w:szCs w:val="24"/>
        </w:rPr>
        <w:t>__________________________________________________________________________________________________________________________________________________________________________________________________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49E4D0C6" w14:textId="77777777" w:rsidR="00F5208D" w:rsidRDefault="00F5208D" w:rsidP="00D50FF5">
      <w:pPr>
        <w:pStyle w:val="NoSpacing"/>
        <w:rPr>
          <w:sz w:val="24"/>
          <w:szCs w:val="24"/>
        </w:rPr>
      </w:pPr>
    </w:p>
    <w:p w14:paraId="1350537D" w14:textId="76E3BE41" w:rsidR="00B32CE3" w:rsidRPr="00E6065F"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6: I pledge to honor God with my resources.</w:t>
      </w:r>
    </w:p>
    <w:p w14:paraId="6ABA09A0" w14:textId="71583B54" w:rsidR="008D420C" w:rsidRDefault="00433DC2" w:rsidP="00433DC2">
      <w:pPr>
        <w:pStyle w:val="NoSpacing"/>
        <w:rPr>
          <w:sz w:val="24"/>
          <w:szCs w:val="24"/>
        </w:rPr>
      </w:pPr>
      <w:r w:rsidRPr="00433DC2">
        <w:rPr>
          <w:sz w:val="24"/>
          <w:szCs w:val="24"/>
        </w:rPr>
        <w:t>Honor the Lord with your wealth,</w:t>
      </w:r>
      <w:r>
        <w:rPr>
          <w:sz w:val="24"/>
          <w:szCs w:val="24"/>
        </w:rPr>
        <w:t xml:space="preserve"> </w:t>
      </w:r>
      <w:r w:rsidRPr="00433DC2">
        <w:rPr>
          <w:sz w:val="24"/>
          <w:szCs w:val="24"/>
        </w:rPr>
        <w:t>with the first</w:t>
      </w:r>
      <w:r w:rsidR="009F3D2C">
        <w:rPr>
          <w:sz w:val="24"/>
          <w:szCs w:val="24"/>
        </w:rPr>
        <w:t xml:space="preserve"> </w:t>
      </w:r>
      <w:r w:rsidRPr="00433DC2">
        <w:rPr>
          <w:sz w:val="24"/>
          <w:szCs w:val="24"/>
        </w:rPr>
        <w:t>fruits of all your crops;</w:t>
      </w:r>
      <w:r>
        <w:rPr>
          <w:sz w:val="24"/>
          <w:szCs w:val="24"/>
        </w:rPr>
        <w:t xml:space="preserve"> </w:t>
      </w:r>
      <w:r w:rsidRPr="00433DC2">
        <w:rPr>
          <w:sz w:val="24"/>
          <w:szCs w:val="24"/>
        </w:rPr>
        <w:t>10 then your barns will be filled to overflowing,</w:t>
      </w:r>
      <w:r>
        <w:rPr>
          <w:sz w:val="24"/>
          <w:szCs w:val="24"/>
        </w:rPr>
        <w:t xml:space="preserve"> </w:t>
      </w:r>
      <w:r w:rsidRPr="00433DC2">
        <w:rPr>
          <w:sz w:val="24"/>
          <w:szCs w:val="24"/>
        </w:rPr>
        <w:t>and your vats will brim over with new wine.</w:t>
      </w:r>
    </w:p>
    <w:p w14:paraId="0B9FA566" w14:textId="593278C2" w:rsidR="00B32CE3" w:rsidRPr="00BC39A1" w:rsidRDefault="00433DC2" w:rsidP="00F262B1">
      <w:pPr>
        <w:pStyle w:val="NoSpacing"/>
        <w:ind w:left="5040" w:firstLine="720"/>
        <w:rPr>
          <w:sz w:val="24"/>
          <w:szCs w:val="24"/>
        </w:rPr>
      </w:pPr>
      <w:r>
        <w:rPr>
          <w:sz w:val="24"/>
          <w:szCs w:val="24"/>
        </w:rPr>
        <w:t xml:space="preserve">~ </w:t>
      </w:r>
      <w:r w:rsidR="00BA1464" w:rsidRPr="00BC39A1">
        <w:rPr>
          <w:sz w:val="24"/>
          <w:szCs w:val="24"/>
        </w:rPr>
        <w:t>Proverbs 3:9</w:t>
      </w:r>
      <w:r>
        <w:rPr>
          <w:sz w:val="24"/>
          <w:szCs w:val="24"/>
        </w:rPr>
        <w:t>-10 (NIV)</w:t>
      </w:r>
    </w:p>
    <w:p w14:paraId="628AC25B" w14:textId="77777777" w:rsidR="00CF1730" w:rsidRDefault="00CF1730" w:rsidP="00D50FF5">
      <w:pPr>
        <w:pStyle w:val="NoSpacing"/>
        <w:rPr>
          <w:sz w:val="24"/>
          <w:szCs w:val="24"/>
        </w:rPr>
      </w:pPr>
    </w:p>
    <w:p w14:paraId="0698FC5F" w14:textId="31A6FB01" w:rsidR="00B32CE3" w:rsidRPr="00BC39A1" w:rsidRDefault="00CF1730" w:rsidP="00D50FF5">
      <w:pPr>
        <w:pStyle w:val="NoSpacing"/>
        <w:rPr>
          <w:sz w:val="24"/>
          <w:szCs w:val="24"/>
        </w:rPr>
      </w:pPr>
      <w:r w:rsidRPr="000C4647">
        <w:rPr>
          <w:i/>
          <w:iCs/>
          <w:sz w:val="24"/>
          <w:szCs w:val="24"/>
        </w:rPr>
        <w:t>Reflection</w:t>
      </w:r>
      <w:r>
        <w:rPr>
          <w:sz w:val="24"/>
          <w:szCs w:val="24"/>
        </w:rPr>
        <w:t>:</w:t>
      </w:r>
      <w:r w:rsidR="000C4647">
        <w:rPr>
          <w:sz w:val="24"/>
          <w:szCs w:val="24"/>
        </w:rPr>
        <w:t xml:space="preserve"> </w:t>
      </w:r>
      <w:r w:rsidR="00BA1464" w:rsidRPr="00BC39A1">
        <w:rPr>
          <w:sz w:val="24"/>
          <w:szCs w:val="24"/>
        </w:rPr>
        <w:t>Honoring God with our wealth is an act of worship and obedience. It acknowledges Him as the source of all we have.</w:t>
      </w:r>
    </w:p>
    <w:p w14:paraId="4BC89241" w14:textId="77777777" w:rsidR="00581F87" w:rsidRDefault="00581F87" w:rsidP="00D50FF5">
      <w:pPr>
        <w:pStyle w:val="NoSpacing"/>
        <w:rPr>
          <w:sz w:val="24"/>
          <w:szCs w:val="24"/>
        </w:rPr>
      </w:pPr>
    </w:p>
    <w:p w14:paraId="36167279" w14:textId="6DF82143" w:rsidR="00B32CE3" w:rsidRPr="00BC39A1" w:rsidRDefault="00BA1464" w:rsidP="00D50FF5">
      <w:pPr>
        <w:pStyle w:val="NoSpacing"/>
        <w:rPr>
          <w:sz w:val="24"/>
          <w:szCs w:val="24"/>
        </w:rPr>
      </w:pPr>
      <w:r w:rsidRPr="000C4647">
        <w:rPr>
          <w:i/>
          <w:iCs/>
          <w:sz w:val="24"/>
          <w:szCs w:val="24"/>
        </w:rPr>
        <w:t>Reflection Question</w:t>
      </w:r>
      <w:r w:rsidRPr="00BC39A1">
        <w:rPr>
          <w:sz w:val="24"/>
          <w:szCs w:val="24"/>
        </w:rPr>
        <w:t>: How can you honor God more fully with your financial resources?</w:t>
      </w:r>
    </w:p>
    <w:p w14:paraId="7D6B48AC" w14:textId="77777777" w:rsidR="00BB1BB9" w:rsidRPr="00BC39A1" w:rsidRDefault="00BB1BB9" w:rsidP="00D50FF5">
      <w:pPr>
        <w:pStyle w:val="NoSpacing"/>
        <w:rPr>
          <w:sz w:val="24"/>
          <w:szCs w:val="24"/>
        </w:rPr>
      </w:pPr>
    </w:p>
    <w:p w14:paraId="58498B07" w14:textId="6321079E" w:rsidR="00581F87" w:rsidRDefault="00581F87" w:rsidP="00D50FF5">
      <w:pPr>
        <w:pStyle w:val="NoSpacing"/>
        <w:rPr>
          <w:sz w:val="24"/>
          <w:szCs w:val="24"/>
        </w:rPr>
      </w:pPr>
      <w:r w:rsidRPr="000C4647">
        <w:rPr>
          <w:i/>
          <w:iCs/>
          <w:sz w:val="24"/>
          <w:szCs w:val="24"/>
        </w:rPr>
        <w:t>Prayer</w:t>
      </w:r>
      <w:r>
        <w:rPr>
          <w:sz w:val="24"/>
          <w:szCs w:val="24"/>
        </w:rPr>
        <w:t xml:space="preserve">: </w:t>
      </w:r>
      <w:r w:rsidR="0037215A">
        <w:rPr>
          <w:sz w:val="24"/>
          <w:szCs w:val="24"/>
        </w:rPr>
        <w:t xml:space="preserve">Lord open my mind and heart to </w:t>
      </w:r>
      <w:r w:rsidR="005E452C">
        <w:rPr>
          <w:sz w:val="24"/>
          <w:szCs w:val="24"/>
        </w:rPr>
        <w:t xml:space="preserve">see how the </w:t>
      </w:r>
      <w:r w:rsidR="003C66EA">
        <w:rPr>
          <w:sz w:val="24"/>
          <w:szCs w:val="24"/>
        </w:rPr>
        <w:t xml:space="preserve">blessings I have can be used even </w:t>
      </w:r>
      <w:r w:rsidR="00227ACD">
        <w:rPr>
          <w:sz w:val="24"/>
          <w:szCs w:val="24"/>
        </w:rPr>
        <w:t xml:space="preserve">more for your purposes. Let </w:t>
      </w:r>
      <w:r w:rsidR="00E6065F">
        <w:rPr>
          <w:sz w:val="24"/>
          <w:szCs w:val="24"/>
        </w:rPr>
        <w:t>the lessons that I need to hear be heard.</w:t>
      </w:r>
    </w:p>
    <w:p w14:paraId="24A9D4C7" w14:textId="77777777" w:rsidR="00433DC2" w:rsidRDefault="00433DC2" w:rsidP="00D50FF5">
      <w:pPr>
        <w:pStyle w:val="NoSpacing"/>
        <w:rPr>
          <w:sz w:val="24"/>
          <w:szCs w:val="24"/>
        </w:rPr>
      </w:pPr>
    </w:p>
    <w:p w14:paraId="32011443" w14:textId="052E110B" w:rsidR="004753CE" w:rsidRPr="00BC39A1" w:rsidRDefault="00082F3D" w:rsidP="00D50FF5">
      <w:pPr>
        <w:pStyle w:val="NoSpacing"/>
        <w:rPr>
          <w:sz w:val="24"/>
          <w:szCs w:val="24"/>
        </w:rPr>
      </w:pPr>
      <w:r w:rsidRPr="000C4647">
        <w:rPr>
          <w:i/>
          <w:iCs/>
          <w:sz w:val="24"/>
          <w:szCs w:val="24"/>
        </w:rPr>
        <w:t>Today’s Recommendation</w:t>
      </w:r>
      <w:r w:rsidR="004753CE" w:rsidRPr="000C4647">
        <w:rPr>
          <w:i/>
          <w:iCs/>
          <w:sz w:val="24"/>
          <w:szCs w:val="24"/>
        </w:rPr>
        <w:t xml:space="preserve"> Action</w:t>
      </w:r>
      <w:r w:rsidR="004753CE">
        <w:rPr>
          <w:sz w:val="24"/>
          <w:szCs w:val="24"/>
        </w:rPr>
        <w:t xml:space="preserve">: </w:t>
      </w:r>
      <w:r w:rsidR="00433DC2">
        <w:rPr>
          <w:sz w:val="24"/>
          <w:szCs w:val="24"/>
        </w:rPr>
        <w:t>Think about the last purchase you made</w:t>
      </w:r>
      <w:r w:rsidR="00BC4F71">
        <w:rPr>
          <w:sz w:val="24"/>
          <w:szCs w:val="24"/>
        </w:rPr>
        <w:t>.</w:t>
      </w:r>
      <w:r w:rsidR="0037215A">
        <w:rPr>
          <w:sz w:val="24"/>
          <w:szCs w:val="24"/>
        </w:rPr>
        <w:t xml:space="preserve"> What does it reveal?</w:t>
      </w:r>
      <w:r w:rsidR="00433DC2">
        <w:rPr>
          <w:sz w:val="24"/>
          <w:szCs w:val="24"/>
        </w:rPr>
        <w:t xml:space="preserve"> </w:t>
      </w:r>
    </w:p>
    <w:p w14:paraId="042524CB" w14:textId="77777777" w:rsidR="00BB1BB9" w:rsidRDefault="00BB1BB9" w:rsidP="00D50FF5">
      <w:pPr>
        <w:pStyle w:val="NoSpacing"/>
        <w:rPr>
          <w:sz w:val="24"/>
          <w:szCs w:val="24"/>
        </w:rPr>
      </w:pPr>
    </w:p>
    <w:p w14:paraId="52944984" w14:textId="5E13B85B" w:rsidR="000C4647" w:rsidRDefault="000C4647" w:rsidP="00D50FF5">
      <w:pPr>
        <w:pStyle w:val="NoSpacing"/>
        <w:rPr>
          <w:sz w:val="24"/>
          <w:szCs w:val="24"/>
        </w:rPr>
      </w:pPr>
      <w:r>
        <w:rPr>
          <w:sz w:val="24"/>
          <w:szCs w:val="24"/>
        </w:rPr>
        <w:t xml:space="preserve">Notes: </w:t>
      </w:r>
    </w:p>
    <w:p w14:paraId="13181F41" w14:textId="05D6E216" w:rsidR="00E6065F" w:rsidRPr="00BC39A1" w:rsidRDefault="00E6065F" w:rsidP="00D50FF5">
      <w:pPr>
        <w:pStyle w:val="NoSpacing"/>
        <w:rPr>
          <w:sz w:val="24"/>
          <w:szCs w:val="24"/>
        </w:rPr>
      </w:pPr>
      <w:r>
        <w:rPr>
          <w:sz w:val="24"/>
          <w:szCs w:val="24"/>
        </w:rPr>
        <w:t>__________________________________________________________________________________________________________________________________________________________________________________________________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6A6CF3FD" w14:textId="77777777" w:rsidR="00BB1BB9" w:rsidRDefault="00BB1BB9" w:rsidP="00D50FF5">
      <w:pPr>
        <w:pStyle w:val="NoSpacing"/>
        <w:rPr>
          <w:sz w:val="24"/>
          <w:szCs w:val="24"/>
        </w:rPr>
      </w:pPr>
    </w:p>
    <w:p w14:paraId="39DADA36" w14:textId="77777777" w:rsidR="00D84A79" w:rsidRDefault="00D84A79" w:rsidP="00D50FF5">
      <w:pPr>
        <w:pStyle w:val="NoSpacing"/>
        <w:rPr>
          <w:sz w:val="24"/>
          <w:szCs w:val="24"/>
        </w:rPr>
      </w:pPr>
    </w:p>
    <w:p w14:paraId="33C3B727" w14:textId="77777777" w:rsidR="00E6065F" w:rsidRDefault="00E6065F" w:rsidP="00D50FF5">
      <w:pPr>
        <w:pStyle w:val="NoSpacing"/>
        <w:rPr>
          <w:sz w:val="24"/>
          <w:szCs w:val="24"/>
        </w:rPr>
      </w:pPr>
    </w:p>
    <w:p w14:paraId="02FDF79C" w14:textId="77777777" w:rsidR="0093705E" w:rsidRDefault="0093705E" w:rsidP="00D50FF5">
      <w:pPr>
        <w:pStyle w:val="NoSpacing"/>
        <w:rPr>
          <w:sz w:val="24"/>
          <w:szCs w:val="24"/>
        </w:rPr>
      </w:pPr>
    </w:p>
    <w:p w14:paraId="16325B02" w14:textId="1955933B" w:rsidR="00B32CE3" w:rsidRPr="00BC39A1" w:rsidRDefault="00BA1464" w:rsidP="00D50FF5">
      <w:pPr>
        <w:pStyle w:val="NoSpacing"/>
        <w:rPr>
          <w:sz w:val="24"/>
          <w:szCs w:val="24"/>
        </w:rPr>
      </w:pPr>
      <w:r w:rsidRPr="00E6065F">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7: Stewardship is a legacy I leave for future generations</w:t>
      </w:r>
      <w:r w:rsidRPr="00BC39A1">
        <w:rPr>
          <w:sz w:val="24"/>
          <w:szCs w:val="24"/>
        </w:rPr>
        <w:t>.</w:t>
      </w:r>
    </w:p>
    <w:p w14:paraId="5FA3F5F4" w14:textId="4A421E50" w:rsidR="00E6065F" w:rsidRDefault="004A056F" w:rsidP="004A056F">
      <w:pPr>
        <w:pStyle w:val="NoSpacing"/>
        <w:rPr>
          <w:sz w:val="24"/>
          <w:szCs w:val="24"/>
        </w:rPr>
      </w:pPr>
      <w:r w:rsidRPr="004A056F">
        <w:rPr>
          <w:sz w:val="24"/>
          <w:szCs w:val="24"/>
        </w:rPr>
        <w:t>We will not hide them from their descendants;</w:t>
      </w:r>
      <w:r>
        <w:rPr>
          <w:sz w:val="24"/>
          <w:szCs w:val="24"/>
        </w:rPr>
        <w:t xml:space="preserve"> </w:t>
      </w:r>
      <w:r w:rsidRPr="004A056F">
        <w:rPr>
          <w:sz w:val="24"/>
          <w:szCs w:val="24"/>
        </w:rPr>
        <w:t>we will tell the next generation</w:t>
      </w:r>
      <w:r>
        <w:rPr>
          <w:sz w:val="24"/>
          <w:szCs w:val="24"/>
        </w:rPr>
        <w:t xml:space="preserve"> </w:t>
      </w:r>
      <w:r w:rsidRPr="004A056F">
        <w:rPr>
          <w:sz w:val="24"/>
          <w:szCs w:val="24"/>
        </w:rPr>
        <w:t>the praiseworthy deeds of the Lord,</w:t>
      </w:r>
      <w:r>
        <w:rPr>
          <w:sz w:val="24"/>
          <w:szCs w:val="24"/>
        </w:rPr>
        <w:t xml:space="preserve"> </w:t>
      </w:r>
      <w:r w:rsidRPr="004A056F">
        <w:rPr>
          <w:sz w:val="24"/>
          <w:szCs w:val="24"/>
        </w:rPr>
        <w:t>his power, and the wonders he has done.</w:t>
      </w:r>
    </w:p>
    <w:p w14:paraId="24DA2768" w14:textId="04FCDBF8" w:rsidR="00B32CE3" w:rsidRPr="00BC39A1" w:rsidRDefault="00E6065F" w:rsidP="00F262B1">
      <w:pPr>
        <w:pStyle w:val="NoSpacing"/>
        <w:ind w:left="5040" w:firstLine="720"/>
        <w:rPr>
          <w:sz w:val="24"/>
          <w:szCs w:val="24"/>
        </w:rPr>
      </w:pPr>
      <w:r>
        <w:rPr>
          <w:sz w:val="24"/>
          <w:szCs w:val="24"/>
        </w:rPr>
        <w:t xml:space="preserve">~ </w:t>
      </w:r>
      <w:r w:rsidR="00BA1464" w:rsidRPr="00BC39A1">
        <w:rPr>
          <w:sz w:val="24"/>
          <w:szCs w:val="24"/>
        </w:rPr>
        <w:t>Psalm 78:4</w:t>
      </w:r>
      <w:r>
        <w:rPr>
          <w:sz w:val="24"/>
          <w:szCs w:val="24"/>
        </w:rPr>
        <w:t xml:space="preserve"> (NIV)</w:t>
      </w:r>
    </w:p>
    <w:p w14:paraId="49F5E49F" w14:textId="77777777" w:rsidR="00E6065F" w:rsidRDefault="00E6065F" w:rsidP="00D50FF5">
      <w:pPr>
        <w:pStyle w:val="NoSpacing"/>
        <w:rPr>
          <w:sz w:val="24"/>
          <w:szCs w:val="24"/>
        </w:rPr>
      </w:pPr>
    </w:p>
    <w:p w14:paraId="602685CA" w14:textId="4C4AE24E" w:rsidR="00B32CE3" w:rsidRPr="00BC39A1" w:rsidRDefault="00D47A0B" w:rsidP="00D50FF5">
      <w:pPr>
        <w:pStyle w:val="NoSpacing"/>
        <w:rPr>
          <w:sz w:val="24"/>
          <w:szCs w:val="24"/>
        </w:rPr>
      </w:pPr>
      <w:r w:rsidRPr="00EC3743">
        <w:rPr>
          <w:i/>
          <w:iCs/>
          <w:sz w:val="24"/>
          <w:szCs w:val="24"/>
        </w:rPr>
        <w:t>Reflection</w:t>
      </w:r>
      <w:r>
        <w:rPr>
          <w:sz w:val="24"/>
          <w:szCs w:val="24"/>
        </w:rPr>
        <w:t xml:space="preserve">: </w:t>
      </w:r>
      <w:r w:rsidR="00BA1464" w:rsidRPr="00BC39A1">
        <w:rPr>
          <w:sz w:val="24"/>
          <w:szCs w:val="24"/>
        </w:rPr>
        <w:t>Our giving sets an example for those who follow. It tells the story of our faith and priorities.</w:t>
      </w:r>
    </w:p>
    <w:p w14:paraId="7E605EAA" w14:textId="77777777" w:rsidR="00D47A0B" w:rsidRDefault="00D47A0B" w:rsidP="00D50FF5">
      <w:pPr>
        <w:pStyle w:val="NoSpacing"/>
        <w:rPr>
          <w:sz w:val="24"/>
          <w:szCs w:val="24"/>
        </w:rPr>
      </w:pPr>
    </w:p>
    <w:p w14:paraId="40E77B63" w14:textId="6FD8A66C" w:rsidR="00B32CE3" w:rsidRPr="00BC39A1" w:rsidRDefault="00BA1464" w:rsidP="00D50FF5">
      <w:pPr>
        <w:pStyle w:val="NoSpacing"/>
        <w:rPr>
          <w:sz w:val="24"/>
          <w:szCs w:val="24"/>
        </w:rPr>
      </w:pPr>
      <w:r w:rsidRPr="00EC3743">
        <w:rPr>
          <w:i/>
          <w:iCs/>
          <w:sz w:val="24"/>
          <w:szCs w:val="24"/>
        </w:rPr>
        <w:t>Reflection Question</w:t>
      </w:r>
      <w:r w:rsidRPr="00BC39A1">
        <w:rPr>
          <w:sz w:val="24"/>
          <w:szCs w:val="24"/>
        </w:rPr>
        <w:t>: What legacy of stewardship are you building for others to see?</w:t>
      </w:r>
    </w:p>
    <w:p w14:paraId="52AC0BD8" w14:textId="77777777" w:rsidR="00BB1BB9" w:rsidRPr="00BC39A1" w:rsidRDefault="00BB1BB9" w:rsidP="00D50FF5">
      <w:pPr>
        <w:pStyle w:val="NoSpacing"/>
        <w:rPr>
          <w:sz w:val="24"/>
          <w:szCs w:val="24"/>
        </w:rPr>
      </w:pPr>
    </w:p>
    <w:p w14:paraId="08591299" w14:textId="65756023" w:rsidR="00D47A0B" w:rsidRDefault="00D47A0B" w:rsidP="00D50FF5">
      <w:pPr>
        <w:pStyle w:val="NoSpacing"/>
        <w:rPr>
          <w:sz w:val="24"/>
          <w:szCs w:val="24"/>
        </w:rPr>
      </w:pPr>
      <w:r w:rsidRPr="00EC3743">
        <w:rPr>
          <w:i/>
          <w:iCs/>
          <w:sz w:val="24"/>
          <w:szCs w:val="24"/>
        </w:rPr>
        <w:t>Prayer</w:t>
      </w:r>
      <w:r>
        <w:rPr>
          <w:sz w:val="24"/>
          <w:szCs w:val="24"/>
        </w:rPr>
        <w:t xml:space="preserve">: </w:t>
      </w:r>
      <w:r w:rsidR="003A7414">
        <w:rPr>
          <w:sz w:val="24"/>
          <w:szCs w:val="24"/>
        </w:rPr>
        <w:t xml:space="preserve">Heavenly Father, </w:t>
      </w:r>
      <w:r w:rsidR="002C0A24">
        <w:rPr>
          <w:sz w:val="24"/>
          <w:szCs w:val="24"/>
        </w:rPr>
        <w:t xml:space="preserve">thank you for sending </w:t>
      </w:r>
      <w:r w:rsidR="00AC5C20">
        <w:rPr>
          <w:sz w:val="24"/>
          <w:szCs w:val="24"/>
        </w:rPr>
        <w:t xml:space="preserve">your Son to free future generations from the Law. </w:t>
      </w:r>
      <w:r w:rsidR="005469FC">
        <w:rPr>
          <w:sz w:val="24"/>
          <w:szCs w:val="24"/>
        </w:rPr>
        <w:t xml:space="preserve">Help me remember that though we need to focus on </w:t>
      </w:r>
      <w:r w:rsidR="00774A77">
        <w:rPr>
          <w:sz w:val="24"/>
          <w:szCs w:val="24"/>
        </w:rPr>
        <w:t>here and now, we also need to plan for tomorrow.</w:t>
      </w:r>
    </w:p>
    <w:p w14:paraId="2CDE7307" w14:textId="77777777" w:rsidR="003A7414" w:rsidRDefault="003A7414" w:rsidP="00D50FF5">
      <w:pPr>
        <w:pStyle w:val="NoSpacing"/>
        <w:rPr>
          <w:sz w:val="24"/>
          <w:szCs w:val="24"/>
        </w:rPr>
      </w:pPr>
    </w:p>
    <w:p w14:paraId="09B5E0EA" w14:textId="62F615ED" w:rsidR="00D47A0B" w:rsidRDefault="00D47A0B" w:rsidP="00D50FF5">
      <w:pPr>
        <w:pStyle w:val="NoSpacing"/>
        <w:rPr>
          <w:sz w:val="24"/>
          <w:szCs w:val="24"/>
        </w:rPr>
      </w:pPr>
      <w:r w:rsidRPr="00EC3743">
        <w:rPr>
          <w:i/>
          <w:iCs/>
          <w:sz w:val="24"/>
          <w:szCs w:val="24"/>
        </w:rPr>
        <w:t>Today’s Recommendation Action</w:t>
      </w:r>
      <w:r>
        <w:rPr>
          <w:sz w:val="24"/>
          <w:szCs w:val="24"/>
        </w:rPr>
        <w:t xml:space="preserve">: </w:t>
      </w:r>
      <w:r w:rsidR="00577022">
        <w:rPr>
          <w:sz w:val="24"/>
          <w:szCs w:val="24"/>
        </w:rPr>
        <w:t>Remember something a past generation did that impacted you today</w:t>
      </w:r>
      <w:r w:rsidR="00685596">
        <w:rPr>
          <w:sz w:val="24"/>
          <w:szCs w:val="24"/>
        </w:rPr>
        <w:t>. How can you take inspiration from it for the next generation at MPC?</w:t>
      </w:r>
    </w:p>
    <w:p w14:paraId="550797BC" w14:textId="77777777" w:rsidR="008041B2" w:rsidRDefault="008041B2" w:rsidP="00D50FF5">
      <w:pPr>
        <w:pStyle w:val="NoSpacing"/>
        <w:rPr>
          <w:sz w:val="24"/>
          <w:szCs w:val="24"/>
        </w:rPr>
      </w:pPr>
    </w:p>
    <w:p w14:paraId="17FA1A1F" w14:textId="1692D42D" w:rsidR="008041B2" w:rsidRDefault="00EC3743" w:rsidP="00D50FF5">
      <w:pPr>
        <w:pStyle w:val="NoSpacing"/>
        <w:rPr>
          <w:sz w:val="24"/>
          <w:szCs w:val="24"/>
        </w:rPr>
      </w:pPr>
      <w:r>
        <w:rPr>
          <w:sz w:val="24"/>
          <w:szCs w:val="24"/>
        </w:rPr>
        <w:t xml:space="preserve">Notes: </w:t>
      </w:r>
      <w:r w:rsidR="008041B2">
        <w:rPr>
          <w:sz w:val="24"/>
          <w:szCs w:val="24"/>
        </w:rPr>
        <w:t>__________________________________________________________________________________________________________________________________________________________________________________________________</w:t>
      </w:r>
      <w:r w:rsidR="001809AE">
        <w:rPr>
          <w:sz w:val="24"/>
          <w:szCs w:val="24"/>
        </w:rPr>
        <w:t>________________</w:t>
      </w:r>
    </w:p>
    <w:p w14:paraId="77A2A9BC" w14:textId="77777777" w:rsidR="00F262B1" w:rsidRDefault="00F262B1" w:rsidP="00D50FF5">
      <w:pPr>
        <w:pStyle w:val="NoSpacing"/>
        <w:rPr>
          <w:sz w:val="24"/>
          <w:szCs w:val="24"/>
        </w:rPr>
      </w:pPr>
    </w:p>
    <w:p w14:paraId="0B75591D" w14:textId="18306B24" w:rsidR="00B32CE3" w:rsidRPr="00F262B1" w:rsidRDefault="00EC3743"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BA1464"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ay 8: I give to sustain, to grow, and to serve.</w:t>
      </w:r>
    </w:p>
    <w:p w14:paraId="3788B54A" w14:textId="3ABC67A2" w:rsidR="00EB253A" w:rsidRDefault="00EB253A" w:rsidP="00D50FF5">
      <w:pPr>
        <w:pStyle w:val="NoSpacing"/>
        <w:rPr>
          <w:sz w:val="24"/>
          <w:szCs w:val="24"/>
        </w:rPr>
      </w:pPr>
      <w:r w:rsidRPr="00EB253A">
        <w:rPr>
          <w:sz w:val="24"/>
          <w:szCs w:val="24"/>
        </w:rPr>
        <w:t>Let us not become weary in doing good, for at the proper time we will reap a harvest if we do not give up. 10 Therefore, as we have opportunity, let us do good to all people, especially to those who belong to the family of believers.</w:t>
      </w:r>
    </w:p>
    <w:p w14:paraId="2FE86056" w14:textId="35185D06" w:rsidR="00B32CE3" w:rsidRPr="00BC39A1" w:rsidRDefault="001B221F" w:rsidP="00EC3743">
      <w:pPr>
        <w:pStyle w:val="NoSpacing"/>
        <w:ind w:left="5040" w:firstLine="720"/>
        <w:rPr>
          <w:sz w:val="24"/>
          <w:szCs w:val="24"/>
        </w:rPr>
      </w:pPr>
      <w:r>
        <w:rPr>
          <w:sz w:val="24"/>
          <w:szCs w:val="24"/>
        </w:rPr>
        <w:t xml:space="preserve">~ </w:t>
      </w:r>
      <w:r w:rsidR="00BA1464" w:rsidRPr="00BC39A1">
        <w:rPr>
          <w:sz w:val="24"/>
          <w:szCs w:val="24"/>
        </w:rPr>
        <w:t>Galatians 6:9-10</w:t>
      </w:r>
      <w:r>
        <w:rPr>
          <w:sz w:val="24"/>
          <w:szCs w:val="24"/>
        </w:rPr>
        <w:t xml:space="preserve"> (NIV) </w:t>
      </w:r>
    </w:p>
    <w:p w14:paraId="5BDD9C9D" w14:textId="77777777" w:rsidR="00F262B1" w:rsidRDefault="00F262B1" w:rsidP="00D50FF5">
      <w:pPr>
        <w:pStyle w:val="NoSpacing"/>
        <w:rPr>
          <w:sz w:val="24"/>
          <w:szCs w:val="24"/>
        </w:rPr>
      </w:pPr>
    </w:p>
    <w:p w14:paraId="00C4A2EE" w14:textId="4676C053" w:rsidR="00B32CE3" w:rsidRDefault="00F262B1" w:rsidP="00D50FF5">
      <w:pPr>
        <w:pStyle w:val="NoSpacing"/>
        <w:rPr>
          <w:sz w:val="24"/>
          <w:szCs w:val="24"/>
        </w:rPr>
      </w:pPr>
      <w:r w:rsidRPr="00EC3743">
        <w:rPr>
          <w:i/>
          <w:iCs/>
          <w:sz w:val="24"/>
          <w:szCs w:val="24"/>
        </w:rPr>
        <w:t>Reflection</w:t>
      </w:r>
      <w:r>
        <w:rPr>
          <w:sz w:val="24"/>
          <w:szCs w:val="24"/>
        </w:rPr>
        <w:t xml:space="preserve">: </w:t>
      </w:r>
      <w:r w:rsidR="00BA1464" w:rsidRPr="00BC39A1">
        <w:rPr>
          <w:sz w:val="24"/>
          <w:szCs w:val="24"/>
        </w:rPr>
        <w:t>Giving sustains the church, grows the kingdom, and serves those in need. It is a vital part of our calling.</w:t>
      </w:r>
    </w:p>
    <w:p w14:paraId="3AC61B6D" w14:textId="77777777" w:rsidR="00F262B1" w:rsidRPr="00BC39A1" w:rsidRDefault="00F262B1" w:rsidP="00D50FF5">
      <w:pPr>
        <w:pStyle w:val="NoSpacing"/>
        <w:rPr>
          <w:sz w:val="24"/>
          <w:szCs w:val="24"/>
        </w:rPr>
      </w:pPr>
    </w:p>
    <w:p w14:paraId="12AB3637" w14:textId="54BCF77C" w:rsidR="00B32CE3" w:rsidRDefault="00BA1464" w:rsidP="00D50FF5">
      <w:pPr>
        <w:pStyle w:val="NoSpacing"/>
        <w:rPr>
          <w:sz w:val="24"/>
          <w:szCs w:val="24"/>
        </w:rPr>
      </w:pPr>
      <w:r w:rsidRPr="00EC3743">
        <w:rPr>
          <w:i/>
          <w:iCs/>
          <w:sz w:val="24"/>
          <w:szCs w:val="24"/>
        </w:rPr>
        <w:t>Reflection Question</w:t>
      </w:r>
      <w:r w:rsidRPr="00BC39A1">
        <w:rPr>
          <w:sz w:val="24"/>
          <w:szCs w:val="24"/>
        </w:rPr>
        <w:t>: How does your giving help sustain and grow the mission of the church?</w:t>
      </w:r>
    </w:p>
    <w:p w14:paraId="10BC817D" w14:textId="77777777" w:rsidR="00F262B1" w:rsidRDefault="00F262B1" w:rsidP="00D50FF5">
      <w:pPr>
        <w:pStyle w:val="NoSpacing"/>
        <w:rPr>
          <w:sz w:val="24"/>
          <w:szCs w:val="24"/>
        </w:rPr>
      </w:pPr>
    </w:p>
    <w:p w14:paraId="7FAB4809" w14:textId="189CC40E" w:rsidR="00F262B1" w:rsidRDefault="00F262B1" w:rsidP="00D50FF5">
      <w:pPr>
        <w:pStyle w:val="NoSpacing"/>
        <w:rPr>
          <w:sz w:val="24"/>
          <w:szCs w:val="24"/>
        </w:rPr>
      </w:pPr>
      <w:r w:rsidRPr="00EC3743">
        <w:rPr>
          <w:i/>
          <w:iCs/>
          <w:sz w:val="24"/>
          <w:szCs w:val="24"/>
        </w:rPr>
        <w:t>Prayer</w:t>
      </w:r>
      <w:r>
        <w:rPr>
          <w:sz w:val="24"/>
          <w:szCs w:val="24"/>
        </w:rPr>
        <w:t xml:space="preserve">: </w:t>
      </w:r>
      <w:r w:rsidR="00EB253A">
        <w:rPr>
          <w:sz w:val="24"/>
          <w:szCs w:val="24"/>
        </w:rPr>
        <w:t xml:space="preserve">It can be hard </w:t>
      </w:r>
      <w:r w:rsidR="00FE61CE">
        <w:rPr>
          <w:sz w:val="24"/>
          <w:szCs w:val="24"/>
        </w:rPr>
        <w:t xml:space="preserve">sometimes to continue </w:t>
      </w:r>
      <w:r w:rsidR="001809AE">
        <w:rPr>
          <w:sz w:val="24"/>
          <w:szCs w:val="24"/>
        </w:rPr>
        <w:t>to give</w:t>
      </w:r>
      <w:r w:rsidR="00FE61CE">
        <w:rPr>
          <w:sz w:val="24"/>
          <w:szCs w:val="24"/>
        </w:rPr>
        <w:t xml:space="preserve"> as it seems there is no end to the need or the outcome we are praying and supporting is not happening. Help me remember that my timetable is not yours.</w:t>
      </w:r>
    </w:p>
    <w:p w14:paraId="0B24E26A" w14:textId="77777777" w:rsidR="00EB253A" w:rsidRDefault="00EB253A" w:rsidP="00D50FF5">
      <w:pPr>
        <w:pStyle w:val="NoSpacing"/>
        <w:rPr>
          <w:sz w:val="24"/>
          <w:szCs w:val="24"/>
        </w:rPr>
      </w:pPr>
    </w:p>
    <w:p w14:paraId="3047E82E" w14:textId="7333C04F" w:rsidR="00F262B1" w:rsidRDefault="00F262B1" w:rsidP="00D50FF5">
      <w:pPr>
        <w:pStyle w:val="NoSpacing"/>
        <w:rPr>
          <w:sz w:val="24"/>
          <w:szCs w:val="24"/>
        </w:rPr>
      </w:pPr>
      <w:r w:rsidRPr="00EC3743">
        <w:rPr>
          <w:i/>
          <w:iCs/>
          <w:sz w:val="24"/>
          <w:szCs w:val="24"/>
        </w:rPr>
        <w:t>Today’s Recommendation Action</w:t>
      </w:r>
      <w:r>
        <w:rPr>
          <w:sz w:val="24"/>
          <w:szCs w:val="24"/>
        </w:rPr>
        <w:t xml:space="preserve">: </w:t>
      </w:r>
      <w:r w:rsidR="00FE61CE">
        <w:rPr>
          <w:sz w:val="24"/>
          <w:szCs w:val="24"/>
        </w:rPr>
        <w:t>Remember a time that you had to wait longer than you expected. How did it feel when it finally occurred? What did you learn in that season of waiting?</w:t>
      </w:r>
    </w:p>
    <w:p w14:paraId="71EF528E" w14:textId="77777777" w:rsidR="00F262B1" w:rsidRDefault="00F262B1" w:rsidP="00D50FF5">
      <w:pPr>
        <w:pStyle w:val="NoSpacing"/>
        <w:rPr>
          <w:sz w:val="24"/>
          <w:szCs w:val="24"/>
        </w:rPr>
      </w:pPr>
    </w:p>
    <w:p w14:paraId="07449CBE" w14:textId="6F0CC10A" w:rsidR="00EC3743" w:rsidRDefault="00EC3743"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84A79">
        <w:rPr>
          <w:sz w:val="24"/>
          <w:szCs w:val="24"/>
        </w:rPr>
        <w:t>________________</w:t>
      </w:r>
    </w:p>
    <w:p w14:paraId="301397C4" w14:textId="77777777" w:rsidR="00D84A79" w:rsidRDefault="00D84A79" w:rsidP="00D50FF5">
      <w:pPr>
        <w:pStyle w:val="NoSpacing"/>
        <w:rPr>
          <w:sz w:val="24"/>
          <w:szCs w:val="24"/>
        </w:rPr>
      </w:pPr>
    </w:p>
    <w:p w14:paraId="718EF181" w14:textId="77777777" w:rsidR="0093705E" w:rsidRDefault="0093705E" w:rsidP="00D50FF5">
      <w:pPr>
        <w:pStyle w:val="NoSpacing"/>
        <w:rPr>
          <w:sz w:val="24"/>
          <w:szCs w:val="24"/>
        </w:rPr>
      </w:pPr>
    </w:p>
    <w:p w14:paraId="4D4BA6D6" w14:textId="6410BF7C"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9: My pledge is a spiritual act of worship.</w:t>
      </w:r>
    </w:p>
    <w:p w14:paraId="3A311C28" w14:textId="08C5522B" w:rsidR="00DC0080" w:rsidRDefault="001B221F" w:rsidP="00D50FF5">
      <w:pPr>
        <w:pStyle w:val="NoSpacing"/>
        <w:rPr>
          <w:sz w:val="24"/>
          <w:szCs w:val="24"/>
        </w:rPr>
      </w:pPr>
      <w:r w:rsidRPr="001B221F">
        <w:rPr>
          <w:sz w:val="24"/>
          <w:szCs w:val="24"/>
        </w:rPr>
        <w:t>Therefore, I urge you, brothers and sisters, in view of God’s mercy, to offer your bodies as a living sacrifice, holy and pleasing to God—this is your true and proper worship.</w:t>
      </w:r>
    </w:p>
    <w:p w14:paraId="6A4C3053" w14:textId="14DD4DDC" w:rsidR="00B32CE3" w:rsidRPr="00BC39A1" w:rsidRDefault="00DC0080" w:rsidP="001B221F">
      <w:pPr>
        <w:pStyle w:val="NoSpacing"/>
        <w:ind w:left="5760"/>
        <w:rPr>
          <w:sz w:val="24"/>
          <w:szCs w:val="24"/>
        </w:rPr>
      </w:pPr>
      <w:r>
        <w:rPr>
          <w:sz w:val="24"/>
          <w:szCs w:val="24"/>
        </w:rPr>
        <w:t xml:space="preserve">~ </w:t>
      </w:r>
      <w:r w:rsidR="00BA1464" w:rsidRPr="00BC39A1">
        <w:rPr>
          <w:sz w:val="24"/>
          <w:szCs w:val="24"/>
        </w:rPr>
        <w:t>Romans 12:1</w:t>
      </w:r>
      <w:r>
        <w:rPr>
          <w:sz w:val="24"/>
          <w:szCs w:val="24"/>
        </w:rPr>
        <w:t xml:space="preserve"> (NIV)</w:t>
      </w:r>
    </w:p>
    <w:p w14:paraId="0B1A6EC8" w14:textId="77777777" w:rsidR="00DC0080" w:rsidRDefault="00DC0080" w:rsidP="00D50FF5">
      <w:pPr>
        <w:pStyle w:val="NoSpacing"/>
        <w:rPr>
          <w:sz w:val="24"/>
          <w:szCs w:val="24"/>
        </w:rPr>
      </w:pPr>
    </w:p>
    <w:p w14:paraId="07E6DABD" w14:textId="610F204E" w:rsidR="00B32CE3" w:rsidRPr="00BC39A1" w:rsidRDefault="00DC0080" w:rsidP="00D50FF5">
      <w:pPr>
        <w:pStyle w:val="NoSpacing"/>
        <w:rPr>
          <w:sz w:val="24"/>
          <w:szCs w:val="24"/>
        </w:rPr>
      </w:pPr>
      <w:r w:rsidRPr="00EC3743">
        <w:rPr>
          <w:i/>
          <w:iCs/>
          <w:sz w:val="24"/>
          <w:szCs w:val="24"/>
        </w:rPr>
        <w:t>Reflection</w:t>
      </w:r>
      <w:r>
        <w:rPr>
          <w:sz w:val="24"/>
          <w:szCs w:val="24"/>
        </w:rPr>
        <w:t xml:space="preserve">: </w:t>
      </w:r>
      <w:r w:rsidR="00BA1464" w:rsidRPr="00BC39A1">
        <w:rPr>
          <w:sz w:val="24"/>
          <w:szCs w:val="24"/>
        </w:rPr>
        <w:t>Worship is more than singing—it’s offering our whole selves, including our finances, to God.</w:t>
      </w:r>
    </w:p>
    <w:p w14:paraId="0F0DC727" w14:textId="77777777" w:rsidR="00DC0080" w:rsidRDefault="00DC0080" w:rsidP="00D50FF5">
      <w:pPr>
        <w:pStyle w:val="NoSpacing"/>
        <w:rPr>
          <w:sz w:val="24"/>
          <w:szCs w:val="24"/>
        </w:rPr>
      </w:pPr>
    </w:p>
    <w:p w14:paraId="29B03910" w14:textId="77777777" w:rsidR="00DC0080" w:rsidRDefault="00BA1464" w:rsidP="00D50FF5">
      <w:pPr>
        <w:pStyle w:val="NoSpacing"/>
        <w:rPr>
          <w:sz w:val="24"/>
          <w:szCs w:val="24"/>
        </w:rPr>
      </w:pPr>
      <w:r w:rsidRPr="00EC3743">
        <w:rPr>
          <w:i/>
          <w:iCs/>
          <w:sz w:val="24"/>
          <w:szCs w:val="24"/>
        </w:rPr>
        <w:t>Reflection Question</w:t>
      </w:r>
      <w:r w:rsidRPr="00BC39A1">
        <w:rPr>
          <w:sz w:val="24"/>
          <w:szCs w:val="24"/>
        </w:rPr>
        <w:t xml:space="preserve">: </w:t>
      </w:r>
    </w:p>
    <w:p w14:paraId="3E623E6E" w14:textId="1E9DE03D" w:rsidR="00B32CE3" w:rsidRDefault="00BA1464" w:rsidP="00D50FF5">
      <w:pPr>
        <w:pStyle w:val="NoSpacing"/>
        <w:rPr>
          <w:sz w:val="24"/>
          <w:szCs w:val="24"/>
        </w:rPr>
      </w:pPr>
      <w:r w:rsidRPr="00BC39A1">
        <w:rPr>
          <w:sz w:val="24"/>
          <w:szCs w:val="24"/>
        </w:rPr>
        <w:t>How does your financial pledge reflect your worship of God?</w:t>
      </w:r>
    </w:p>
    <w:p w14:paraId="4AAECC43" w14:textId="77777777" w:rsidR="00F262B1" w:rsidRDefault="00F262B1" w:rsidP="00D50FF5">
      <w:pPr>
        <w:pStyle w:val="NoSpacing"/>
        <w:rPr>
          <w:sz w:val="24"/>
          <w:szCs w:val="24"/>
        </w:rPr>
      </w:pPr>
    </w:p>
    <w:p w14:paraId="0420F15E" w14:textId="6D6C27CB" w:rsidR="00F262B1" w:rsidRDefault="00F262B1" w:rsidP="00F262B1">
      <w:pPr>
        <w:pStyle w:val="NoSpacing"/>
        <w:rPr>
          <w:sz w:val="24"/>
          <w:szCs w:val="24"/>
        </w:rPr>
      </w:pPr>
      <w:r w:rsidRPr="00EC3743">
        <w:rPr>
          <w:i/>
          <w:iCs/>
          <w:sz w:val="24"/>
          <w:szCs w:val="24"/>
        </w:rPr>
        <w:t>Prayer</w:t>
      </w:r>
      <w:r>
        <w:rPr>
          <w:sz w:val="24"/>
          <w:szCs w:val="24"/>
        </w:rPr>
        <w:t xml:space="preserve">: </w:t>
      </w:r>
      <w:r w:rsidR="00EC3743">
        <w:rPr>
          <w:sz w:val="24"/>
          <w:szCs w:val="24"/>
        </w:rPr>
        <w:t xml:space="preserve">Thank you for the ability to pause and reflect not only on your </w:t>
      </w:r>
      <w:r w:rsidR="001809AE">
        <w:rPr>
          <w:sz w:val="24"/>
          <w:szCs w:val="24"/>
        </w:rPr>
        <w:t>word today</w:t>
      </w:r>
      <w:r w:rsidR="00EC3743">
        <w:rPr>
          <w:sz w:val="24"/>
          <w:szCs w:val="24"/>
        </w:rPr>
        <w:t xml:space="preserve"> but also on how much more we are called to be involved in our faith and community. </w:t>
      </w:r>
    </w:p>
    <w:p w14:paraId="7ED85113" w14:textId="77777777" w:rsidR="00F262B1" w:rsidRDefault="00F262B1" w:rsidP="00F262B1">
      <w:pPr>
        <w:pStyle w:val="NoSpacing"/>
        <w:rPr>
          <w:sz w:val="24"/>
          <w:szCs w:val="24"/>
        </w:rPr>
      </w:pPr>
    </w:p>
    <w:p w14:paraId="4BAB535E" w14:textId="5BE09BF9" w:rsidR="00F262B1" w:rsidRDefault="00F262B1" w:rsidP="00F262B1">
      <w:pPr>
        <w:pStyle w:val="NoSpacing"/>
        <w:rPr>
          <w:sz w:val="24"/>
          <w:szCs w:val="24"/>
        </w:rPr>
      </w:pPr>
      <w:r w:rsidRPr="00EC3743">
        <w:rPr>
          <w:i/>
          <w:iCs/>
          <w:sz w:val="24"/>
          <w:szCs w:val="24"/>
        </w:rPr>
        <w:t>Today’s Recommendation Action</w:t>
      </w:r>
      <w:r>
        <w:rPr>
          <w:sz w:val="24"/>
          <w:szCs w:val="24"/>
        </w:rPr>
        <w:t xml:space="preserve">: </w:t>
      </w:r>
      <w:r w:rsidR="00EC3743">
        <w:rPr>
          <w:sz w:val="24"/>
          <w:szCs w:val="24"/>
        </w:rPr>
        <w:t>Think of a song that has brought you encouragement and listen to it today. Share with one person why that song has been an encouragement for you.</w:t>
      </w:r>
    </w:p>
    <w:p w14:paraId="0A86DC94" w14:textId="212C038B" w:rsidR="00EC3743" w:rsidRDefault="00EC3743" w:rsidP="00F262B1">
      <w:pPr>
        <w:pStyle w:val="NoSpacing"/>
        <w:rPr>
          <w:sz w:val="24"/>
          <w:szCs w:val="24"/>
        </w:rPr>
      </w:pPr>
    </w:p>
    <w:p w14:paraId="6C1E0E8B" w14:textId="13780A6C" w:rsidR="00F262B1" w:rsidRDefault="00EC3743"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w:t>
      </w:r>
      <w:r w:rsidR="001809AE">
        <w:rPr>
          <w:sz w:val="24"/>
          <w:szCs w:val="24"/>
        </w:rPr>
        <w:t>________________</w:t>
      </w:r>
      <w:r>
        <w:rPr>
          <w:sz w:val="24"/>
          <w:szCs w:val="24"/>
        </w:rPr>
        <w:t>_</w:t>
      </w:r>
    </w:p>
    <w:p w14:paraId="7EC22A43" w14:textId="77777777" w:rsidR="00F262B1" w:rsidRPr="00BC39A1" w:rsidRDefault="00F262B1" w:rsidP="00D50FF5">
      <w:pPr>
        <w:pStyle w:val="NoSpacing"/>
        <w:rPr>
          <w:sz w:val="24"/>
          <w:szCs w:val="24"/>
        </w:rPr>
      </w:pPr>
    </w:p>
    <w:p w14:paraId="5A01DD86" w14:textId="77777777"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10: I am a cheerful giver, not a reluctant one.</w:t>
      </w:r>
    </w:p>
    <w:p w14:paraId="6BBB3866" w14:textId="28197E15" w:rsidR="004E07C4" w:rsidRDefault="000521B5" w:rsidP="00D50FF5">
      <w:pPr>
        <w:pStyle w:val="NoSpacing"/>
        <w:rPr>
          <w:sz w:val="24"/>
          <w:szCs w:val="24"/>
        </w:rPr>
      </w:pPr>
      <w:r w:rsidRPr="000521B5">
        <w:rPr>
          <w:sz w:val="24"/>
          <w:szCs w:val="24"/>
        </w:rPr>
        <w:t>Each of you should give what you have decided in your heart to give, not reluctantly or under compulsion, for God loves a cheerful giver.</w:t>
      </w:r>
    </w:p>
    <w:p w14:paraId="149C362C" w14:textId="6596F46C" w:rsidR="00B32CE3" w:rsidRPr="00BC39A1" w:rsidRDefault="004E07C4" w:rsidP="00DC0080">
      <w:pPr>
        <w:pStyle w:val="NoSpacing"/>
        <w:ind w:left="5040" w:firstLine="720"/>
        <w:rPr>
          <w:sz w:val="24"/>
          <w:szCs w:val="24"/>
        </w:rPr>
      </w:pPr>
      <w:r>
        <w:rPr>
          <w:sz w:val="24"/>
          <w:szCs w:val="24"/>
        </w:rPr>
        <w:t xml:space="preserve">~ </w:t>
      </w:r>
      <w:r w:rsidR="00BA1464" w:rsidRPr="00BC39A1">
        <w:rPr>
          <w:sz w:val="24"/>
          <w:szCs w:val="24"/>
        </w:rPr>
        <w:t>2 Corinthians 9:7</w:t>
      </w:r>
      <w:r>
        <w:rPr>
          <w:sz w:val="24"/>
          <w:szCs w:val="24"/>
        </w:rPr>
        <w:t xml:space="preserve"> (NIV)</w:t>
      </w:r>
    </w:p>
    <w:p w14:paraId="70F0BC4A" w14:textId="77777777" w:rsidR="004E07C4" w:rsidRDefault="004E07C4" w:rsidP="00D50FF5">
      <w:pPr>
        <w:pStyle w:val="NoSpacing"/>
        <w:rPr>
          <w:sz w:val="24"/>
          <w:szCs w:val="24"/>
        </w:rPr>
      </w:pPr>
    </w:p>
    <w:p w14:paraId="47D6FD51" w14:textId="2503BBEA" w:rsidR="00B32CE3" w:rsidRPr="004E07C4" w:rsidRDefault="004E07C4" w:rsidP="00D50FF5">
      <w:pPr>
        <w:pStyle w:val="NoSpacing"/>
        <w:rPr>
          <w:sz w:val="24"/>
          <w:szCs w:val="24"/>
        </w:rPr>
      </w:pPr>
      <w:r w:rsidRPr="00EC3743">
        <w:rPr>
          <w:i/>
          <w:iCs/>
          <w:sz w:val="24"/>
          <w:szCs w:val="24"/>
        </w:rPr>
        <w:t>Reflection</w:t>
      </w:r>
      <w:r>
        <w:rPr>
          <w:sz w:val="24"/>
          <w:szCs w:val="24"/>
        </w:rPr>
        <w:t xml:space="preserve">: </w:t>
      </w:r>
      <w:r w:rsidR="00BA1464" w:rsidRPr="004E07C4">
        <w:rPr>
          <w:sz w:val="24"/>
          <w:szCs w:val="24"/>
        </w:rPr>
        <w:t>God delights in cheerful giving. When we give freely, we reflect His generous heart.</w:t>
      </w:r>
    </w:p>
    <w:p w14:paraId="1E226CEC" w14:textId="77777777" w:rsidR="00664FD1" w:rsidRPr="004E07C4" w:rsidRDefault="00664FD1" w:rsidP="00D50FF5">
      <w:pPr>
        <w:pStyle w:val="NoSpacing"/>
        <w:rPr>
          <w:sz w:val="24"/>
          <w:szCs w:val="24"/>
        </w:rPr>
      </w:pPr>
    </w:p>
    <w:p w14:paraId="1DC0E345" w14:textId="1B4CC685" w:rsidR="00B32CE3" w:rsidRPr="004E07C4" w:rsidRDefault="00BA1464" w:rsidP="00D50FF5">
      <w:pPr>
        <w:pStyle w:val="NoSpacing"/>
        <w:rPr>
          <w:sz w:val="24"/>
          <w:szCs w:val="24"/>
        </w:rPr>
      </w:pPr>
      <w:r w:rsidRPr="00EC3743">
        <w:rPr>
          <w:i/>
          <w:iCs/>
          <w:sz w:val="24"/>
          <w:szCs w:val="24"/>
        </w:rPr>
        <w:t>Reflection Question</w:t>
      </w:r>
      <w:r w:rsidRPr="004E07C4">
        <w:rPr>
          <w:sz w:val="24"/>
          <w:szCs w:val="24"/>
        </w:rPr>
        <w:t xml:space="preserve">: What inspires you to be generous? </w:t>
      </w:r>
    </w:p>
    <w:p w14:paraId="4B39D5F0" w14:textId="77777777" w:rsidR="00F262B1" w:rsidRPr="004E07C4" w:rsidRDefault="00F262B1" w:rsidP="00D50FF5">
      <w:pPr>
        <w:pStyle w:val="NoSpacing"/>
        <w:rPr>
          <w:sz w:val="24"/>
          <w:szCs w:val="24"/>
        </w:rPr>
      </w:pPr>
    </w:p>
    <w:p w14:paraId="4E837F89" w14:textId="49FFCCF7" w:rsidR="00F262B1" w:rsidRDefault="00F262B1" w:rsidP="00F262B1">
      <w:pPr>
        <w:pStyle w:val="NoSpacing"/>
        <w:rPr>
          <w:sz w:val="24"/>
          <w:szCs w:val="24"/>
        </w:rPr>
      </w:pPr>
      <w:r w:rsidRPr="00EC3743">
        <w:rPr>
          <w:i/>
          <w:iCs/>
          <w:sz w:val="24"/>
          <w:szCs w:val="24"/>
        </w:rPr>
        <w:t>Prayer</w:t>
      </w:r>
      <w:r w:rsidRPr="004E07C4">
        <w:rPr>
          <w:sz w:val="24"/>
          <w:szCs w:val="24"/>
        </w:rPr>
        <w:t xml:space="preserve">: </w:t>
      </w:r>
      <w:r w:rsidR="000521B5">
        <w:rPr>
          <w:sz w:val="24"/>
          <w:szCs w:val="24"/>
        </w:rPr>
        <w:t xml:space="preserve">Lord </w:t>
      </w:r>
      <w:r w:rsidR="001809AE">
        <w:rPr>
          <w:sz w:val="24"/>
          <w:szCs w:val="24"/>
        </w:rPr>
        <w:t>takes</w:t>
      </w:r>
      <w:r w:rsidR="000521B5">
        <w:rPr>
          <w:sz w:val="24"/>
          <w:szCs w:val="24"/>
        </w:rPr>
        <w:t xml:space="preserve"> what is hindering me to fully embrace</w:t>
      </w:r>
      <w:r w:rsidR="00043D84">
        <w:rPr>
          <w:sz w:val="24"/>
          <w:szCs w:val="24"/>
        </w:rPr>
        <w:t xml:space="preserve"> the heart that you call for as we give. The world gives us messages that can be hard to ignore or reconcile</w:t>
      </w:r>
      <w:r w:rsidR="00DC0080">
        <w:rPr>
          <w:sz w:val="24"/>
          <w:szCs w:val="24"/>
        </w:rPr>
        <w:t xml:space="preserve"> with your word. Help me dull the voices of this world so I can hear your words clearly. </w:t>
      </w:r>
    </w:p>
    <w:p w14:paraId="1C34C7E9" w14:textId="77777777" w:rsidR="000521B5" w:rsidRPr="004E07C4" w:rsidRDefault="000521B5" w:rsidP="00F262B1">
      <w:pPr>
        <w:pStyle w:val="NoSpacing"/>
        <w:rPr>
          <w:sz w:val="24"/>
          <w:szCs w:val="24"/>
        </w:rPr>
      </w:pPr>
    </w:p>
    <w:p w14:paraId="69593E20" w14:textId="24F11577" w:rsidR="00F262B1" w:rsidRPr="004E07C4" w:rsidRDefault="00F262B1" w:rsidP="00D50FF5">
      <w:pPr>
        <w:pStyle w:val="NoSpacing"/>
        <w:rPr>
          <w:sz w:val="24"/>
          <w:szCs w:val="24"/>
        </w:rPr>
      </w:pPr>
      <w:r w:rsidRPr="00EC3743">
        <w:rPr>
          <w:i/>
          <w:iCs/>
          <w:sz w:val="24"/>
          <w:szCs w:val="24"/>
        </w:rPr>
        <w:t>Today’s Recommendation Action</w:t>
      </w:r>
      <w:r w:rsidRPr="004E07C4">
        <w:rPr>
          <w:sz w:val="24"/>
          <w:szCs w:val="24"/>
        </w:rPr>
        <w:t xml:space="preserve">: </w:t>
      </w:r>
      <w:r w:rsidR="004E07C4" w:rsidRPr="004E07C4">
        <w:rPr>
          <w:sz w:val="24"/>
          <w:szCs w:val="24"/>
        </w:rPr>
        <w:t>Reflect on how you have been blessed by God’s generosity. How has that impacted you?</w:t>
      </w:r>
    </w:p>
    <w:p w14:paraId="27424A88" w14:textId="79AD32B2" w:rsidR="00EC3743" w:rsidRDefault="00EC3743" w:rsidP="00D50FF5">
      <w:pPr>
        <w:pStyle w:val="NoSpacing"/>
        <w:rPr>
          <w:sz w:val="24"/>
          <w:szCs w:val="24"/>
        </w:rPr>
      </w:pPr>
    </w:p>
    <w:p w14:paraId="1178CF3A" w14:textId="0BDA6D99" w:rsidR="00EC3743" w:rsidRDefault="00EC3743"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1809AE">
        <w:rPr>
          <w:sz w:val="24"/>
          <w:szCs w:val="24"/>
        </w:rPr>
        <w:t>________________</w:t>
      </w:r>
    </w:p>
    <w:p w14:paraId="3C5A706A" w14:textId="77777777" w:rsidR="00EC3743" w:rsidRDefault="00EC3743" w:rsidP="00D50FF5">
      <w:pPr>
        <w:pStyle w:val="NoSpacing"/>
        <w:rPr>
          <w:sz w:val="24"/>
          <w:szCs w:val="24"/>
        </w:rPr>
      </w:pPr>
    </w:p>
    <w:p w14:paraId="303F4C5A" w14:textId="77777777" w:rsidR="00D84A79" w:rsidRDefault="00D84A79" w:rsidP="00D50FF5">
      <w:pPr>
        <w:pStyle w:val="NoSpacing"/>
        <w:rPr>
          <w:sz w:val="24"/>
          <w:szCs w:val="24"/>
        </w:rPr>
      </w:pPr>
    </w:p>
    <w:p w14:paraId="29E6EA3E" w14:textId="77777777" w:rsidR="00D84A79" w:rsidRDefault="00D84A79" w:rsidP="00D50FF5">
      <w:pPr>
        <w:pStyle w:val="NoSpacing"/>
        <w:rPr>
          <w:sz w:val="24"/>
          <w:szCs w:val="24"/>
        </w:rPr>
      </w:pPr>
    </w:p>
    <w:p w14:paraId="6F66AC89" w14:textId="77777777" w:rsidR="00EC3743" w:rsidRPr="00EC3743" w:rsidRDefault="00EC3743" w:rsidP="00D50FF5">
      <w:pPr>
        <w:pStyle w:val="NoSpacing"/>
        <w:rPr>
          <w:sz w:val="24"/>
          <w:szCs w:val="24"/>
        </w:rPr>
      </w:pPr>
    </w:p>
    <w:p w14:paraId="0BDB958D" w14:textId="77777777" w:rsidR="00B32CE3" w:rsidRPr="00D67BFC"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7BFC">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11: I pledge to be faithful in little and in much.</w:t>
      </w:r>
    </w:p>
    <w:p w14:paraId="40BF2730" w14:textId="0FC6E373" w:rsidR="00D84A79" w:rsidRPr="00D67BFC" w:rsidRDefault="00D84A79" w:rsidP="00D50FF5">
      <w:pPr>
        <w:pStyle w:val="NoSpacing"/>
        <w:rPr>
          <w:sz w:val="24"/>
          <w:szCs w:val="24"/>
        </w:rPr>
      </w:pPr>
      <w:r w:rsidRPr="00D67BFC">
        <w:rPr>
          <w:sz w:val="24"/>
          <w:szCs w:val="24"/>
        </w:rPr>
        <w:t xml:space="preserve">Whoever can be trusted with very little can also be trusted with much, and whoever is dishonest with very little will also be dishonest with much. </w:t>
      </w:r>
    </w:p>
    <w:p w14:paraId="020500A4" w14:textId="79273BDE" w:rsidR="00B32CE3" w:rsidRPr="00D67BFC" w:rsidRDefault="00D84A79" w:rsidP="00D84A79">
      <w:pPr>
        <w:pStyle w:val="NoSpacing"/>
        <w:ind w:left="5760"/>
        <w:rPr>
          <w:sz w:val="24"/>
          <w:szCs w:val="24"/>
        </w:rPr>
      </w:pPr>
      <w:r w:rsidRPr="00D67BFC">
        <w:rPr>
          <w:sz w:val="24"/>
          <w:szCs w:val="24"/>
        </w:rPr>
        <w:t xml:space="preserve">~ </w:t>
      </w:r>
      <w:r w:rsidR="00BA1464" w:rsidRPr="00D67BFC">
        <w:rPr>
          <w:sz w:val="24"/>
          <w:szCs w:val="24"/>
        </w:rPr>
        <w:t>Luke 16:10</w:t>
      </w:r>
    </w:p>
    <w:p w14:paraId="7CC7F66D" w14:textId="77777777" w:rsidR="00D84A79" w:rsidRPr="00D67BFC" w:rsidRDefault="00D84A79" w:rsidP="00D84A79">
      <w:pPr>
        <w:pStyle w:val="NoSpacing"/>
        <w:ind w:left="5760"/>
        <w:rPr>
          <w:sz w:val="24"/>
          <w:szCs w:val="24"/>
        </w:rPr>
      </w:pPr>
    </w:p>
    <w:p w14:paraId="14F652D2" w14:textId="516764C3" w:rsidR="00B32CE3" w:rsidRPr="00D67BFC" w:rsidRDefault="00D84A79" w:rsidP="00D50FF5">
      <w:pPr>
        <w:pStyle w:val="NoSpacing"/>
        <w:rPr>
          <w:sz w:val="24"/>
          <w:szCs w:val="24"/>
        </w:rPr>
      </w:pPr>
      <w:r w:rsidRPr="00D67BFC">
        <w:rPr>
          <w:i/>
          <w:iCs/>
          <w:sz w:val="24"/>
          <w:szCs w:val="24"/>
        </w:rPr>
        <w:t>Reflection</w:t>
      </w:r>
      <w:r w:rsidRPr="00D67BFC">
        <w:rPr>
          <w:sz w:val="24"/>
          <w:szCs w:val="24"/>
        </w:rPr>
        <w:t xml:space="preserve">: </w:t>
      </w:r>
      <w:r w:rsidR="00BA1464" w:rsidRPr="00D67BFC">
        <w:rPr>
          <w:sz w:val="24"/>
          <w:szCs w:val="24"/>
        </w:rPr>
        <w:t>Faithfulness in small things prepares us for greater responsibility. Every gift matters.</w:t>
      </w:r>
    </w:p>
    <w:p w14:paraId="142566FD" w14:textId="77777777" w:rsidR="00D84A79" w:rsidRPr="00D67BFC" w:rsidRDefault="00D84A79" w:rsidP="00D50FF5">
      <w:pPr>
        <w:pStyle w:val="NoSpacing"/>
        <w:rPr>
          <w:sz w:val="24"/>
          <w:szCs w:val="24"/>
        </w:rPr>
      </w:pPr>
    </w:p>
    <w:p w14:paraId="48D40175" w14:textId="77777777" w:rsidR="00B32CE3" w:rsidRPr="00D67BFC" w:rsidRDefault="00BA1464" w:rsidP="00D50FF5">
      <w:pPr>
        <w:pStyle w:val="NoSpacing"/>
        <w:rPr>
          <w:sz w:val="24"/>
          <w:szCs w:val="24"/>
        </w:rPr>
      </w:pPr>
      <w:r w:rsidRPr="00D67BFC">
        <w:rPr>
          <w:i/>
          <w:iCs/>
          <w:sz w:val="24"/>
          <w:szCs w:val="24"/>
        </w:rPr>
        <w:t>Reflection Question</w:t>
      </w:r>
      <w:r w:rsidRPr="00D67BFC">
        <w:rPr>
          <w:sz w:val="24"/>
          <w:szCs w:val="24"/>
        </w:rPr>
        <w:t>: How are you being faithful with what God has entrusted to you?</w:t>
      </w:r>
    </w:p>
    <w:p w14:paraId="09BCBDF7" w14:textId="77777777" w:rsidR="00F262B1" w:rsidRPr="00D67BFC" w:rsidRDefault="00F262B1" w:rsidP="00D50FF5">
      <w:pPr>
        <w:pStyle w:val="NoSpacing"/>
        <w:rPr>
          <w:sz w:val="24"/>
          <w:szCs w:val="24"/>
        </w:rPr>
      </w:pPr>
    </w:p>
    <w:p w14:paraId="30BFA043" w14:textId="6CBEC992" w:rsidR="00F262B1" w:rsidRPr="00D67BFC" w:rsidRDefault="00F262B1" w:rsidP="00F262B1">
      <w:pPr>
        <w:pStyle w:val="NoSpacing"/>
        <w:rPr>
          <w:sz w:val="24"/>
          <w:szCs w:val="24"/>
        </w:rPr>
      </w:pPr>
      <w:r w:rsidRPr="00D67BFC">
        <w:rPr>
          <w:i/>
          <w:iCs/>
          <w:sz w:val="24"/>
          <w:szCs w:val="24"/>
        </w:rPr>
        <w:t>Prayer</w:t>
      </w:r>
      <w:r w:rsidRPr="00D67BFC">
        <w:rPr>
          <w:sz w:val="24"/>
          <w:szCs w:val="24"/>
        </w:rPr>
        <w:t xml:space="preserve">: </w:t>
      </w:r>
      <w:r w:rsidR="00D84A79" w:rsidRPr="00D67BFC">
        <w:rPr>
          <w:sz w:val="24"/>
          <w:szCs w:val="24"/>
        </w:rPr>
        <w:t xml:space="preserve">Thank you for all that you have entrusted me with Lord. </w:t>
      </w:r>
      <w:r w:rsidR="00D67BFC" w:rsidRPr="00D67BFC">
        <w:rPr>
          <w:sz w:val="24"/>
          <w:szCs w:val="24"/>
        </w:rPr>
        <w:t xml:space="preserve">Help me continue to focus on you and how I can use what I have to glorify you. </w:t>
      </w:r>
    </w:p>
    <w:p w14:paraId="4273FE1C" w14:textId="77777777" w:rsidR="00F262B1" w:rsidRPr="00D67BFC" w:rsidRDefault="00F262B1" w:rsidP="00F262B1">
      <w:pPr>
        <w:pStyle w:val="NoSpacing"/>
        <w:rPr>
          <w:sz w:val="24"/>
          <w:szCs w:val="24"/>
        </w:rPr>
      </w:pPr>
    </w:p>
    <w:p w14:paraId="04EF9D75" w14:textId="2EA8380F" w:rsidR="00D67BFC" w:rsidRDefault="00F262B1" w:rsidP="00F262B1">
      <w:pPr>
        <w:pStyle w:val="NoSpacing"/>
        <w:rPr>
          <w:sz w:val="24"/>
          <w:szCs w:val="24"/>
        </w:rPr>
      </w:pPr>
      <w:r w:rsidRPr="00D67BFC">
        <w:rPr>
          <w:i/>
          <w:iCs/>
          <w:sz w:val="24"/>
          <w:szCs w:val="24"/>
        </w:rPr>
        <w:t>Today’s Recommendation Action</w:t>
      </w:r>
      <w:r w:rsidRPr="00D67BFC">
        <w:rPr>
          <w:sz w:val="24"/>
          <w:szCs w:val="24"/>
        </w:rPr>
        <w:t>:</w:t>
      </w:r>
      <w:r>
        <w:rPr>
          <w:sz w:val="24"/>
          <w:szCs w:val="24"/>
        </w:rPr>
        <w:t xml:space="preserve"> </w:t>
      </w:r>
      <w:r w:rsidR="00D67BFC">
        <w:rPr>
          <w:sz w:val="24"/>
          <w:szCs w:val="24"/>
        </w:rPr>
        <w:t>Think about what makes it hard to trust.</w:t>
      </w:r>
    </w:p>
    <w:p w14:paraId="459F791F" w14:textId="77777777" w:rsidR="00D67BFC" w:rsidRDefault="00D67BFC" w:rsidP="00F262B1">
      <w:pPr>
        <w:pStyle w:val="NoSpacing"/>
        <w:rPr>
          <w:sz w:val="24"/>
          <w:szCs w:val="24"/>
        </w:rPr>
      </w:pPr>
    </w:p>
    <w:p w14:paraId="341C1A49" w14:textId="3F956380" w:rsidR="00D67BFC" w:rsidRDefault="00D67BFC" w:rsidP="00F262B1">
      <w:pPr>
        <w:pStyle w:val="NoSpacing"/>
        <w:rPr>
          <w:sz w:val="24"/>
          <w:szCs w:val="24"/>
        </w:rPr>
      </w:pPr>
      <w:r>
        <w:rPr>
          <w:sz w:val="24"/>
          <w:szCs w:val="24"/>
        </w:rPr>
        <w:t xml:space="preserve">Notes: </w:t>
      </w:r>
    </w:p>
    <w:p w14:paraId="207563E2" w14:textId="574516F0" w:rsidR="00F262B1" w:rsidRDefault="00D67BFC" w:rsidP="00D50FF5">
      <w:pPr>
        <w:pStyle w:val="NoSpacing"/>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6A76092C" w14:textId="77777777" w:rsidR="00F262B1" w:rsidRPr="00BC39A1" w:rsidRDefault="00F262B1" w:rsidP="00D50FF5">
      <w:pPr>
        <w:pStyle w:val="NoSpacing"/>
        <w:rPr>
          <w:sz w:val="24"/>
          <w:szCs w:val="24"/>
        </w:rPr>
      </w:pPr>
    </w:p>
    <w:p w14:paraId="0848B4B5" w14:textId="77777777"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12: Stewardship is a journey, not a destination.</w:t>
      </w:r>
    </w:p>
    <w:p w14:paraId="0DBCB9D3" w14:textId="36209903" w:rsidR="004D2B91" w:rsidRDefault="00664FD1" w:rsidP="00D50FF5">
      <w:pPr>
        <w:pStyle w:val="NoSpacing"/>
        <w:rPr>
          <w:sz w:val="24"/>
          <w:szCs w:val="24"/>
        </w:rPr>
      </w:pPr>
      <w:r w:rsidRPr="00664FD1">
        <w:rPr>
          <w:sz w:val="24"/>
          <w:szCs w:val="24"/>
        </w:rPr>
        <w:t>Brothers and sisters, I do not consider myself yet to have taken hold of it. But one thing I do: Forgetting what is behind and straining toward what is ahead, I press on toward the goal to win the prize for which God has called me heavenward in Christ Jesus.</w:t>
      </w:r>
    </w:p>
    <w:p w14:paraId="68493701" w14:textId="5FEA7531" w:rsidR="00B32CE3" w:rsidRPr="00BC39A1" w:rsidRDefault="004D2B91" w:rsidP="00664FD1">
      <w:pPr>
        <w:pStyle w:val="NoSpacing"/>
        <w:ind w:left="5040" w:firstLine="720"/>
        <w:rPr>
          <w:sz w:val="24"/>
          <w:szCs w:val="24"/>
        </w:rPr>
      </w:pPr>
      <w:r>
        <w:rPr>
          <w:sz w:val="24"/>
          <w:szCs w:val="24"/>
        </w:rPr>
        <w:t xml:space="preserve">~ </w:t>
      </w:r>
      <w:r w:rsidR="00BA1464" w:rsidRPr="00BC39A1">
        <w:rPr>
          <w:sz w:val="24"/>
          <w:szCs w:val="24"/>
        </w:rPr>
        <w:t>Philippians 3:13-14</w:t>
      </w:r>
      <w:r>
        <w:rPr>
          <w:sz w:val="24"/>
          <w:szCs w:val="24"/>
        </w:rPr>
        <w:t xml:space="preserve"> (NIV)</w:t>
      </w:r>
    </w:p>
    <w:p w14:paraId="2195329F" w14:textId="77777777" w:rsidR="00305DFD" w:rsidRDefault="00305DFD" w:rsidP="00D50FF5">
      <w:pPr>
        <w:pStyle w:val="NoSpacing"/>
        <w:rPr>
          <w:sz w:val="24"/>
          <w:szCs w:val="24"/>
        </w:rPr>
      </w:pPr>
    </w:p>
    <w:p w14:paraId="5BD0047E" w14:textId="3EA55702" w:rsidR="00B32CE3" w:rsidRPr="00664FD1" w:rsidRDefault="00305DFD" w:rsidP="00D50FF5">
      <w:pPr>
        <w:pStyle w:val="NoSpacing"/>
        <w:rPr>
          <w:sz w:val="24"/>
          <w:szCs w:val="24"/>
        </w:rPr>
      </w:pPr>
      <w:r w:rsidRPr="00EC3743">
        <w:rPr>
          <w:i/>
          <w:iCs/>
          <w:sz w:val="24"/>
          <w:szCs w:val="24"/>
        </w:rPr>
        <w:t>Reflection</w:t>
      </w:r>
      <w:r>
        <w:rPr>
          <w:sz w:val="24"/>
          <w:szCs w:val="24"/>
        </w:rPr>
        <w:t xml:space="preserve">: </w:t>
      </w:r>
      <w:r w:rsidR="00BA1464" w:rsidRPr="00664FD1">
        <w:rPr>
          <w:sz w:val="24"/>
          <w:szCs w:val="24"/>
        </w:rPr>
        <w:t xml:space="preserve">We grow in stewardship over time. Each step of obedience </w:t>
      </w:r>
      <w:r w:rsidR="00E9156A" w:rsidRPr="00664FD1">
        <w:rPr>
          <w:sz w:val="24"/>
          <w:szCs w:val="24"/>
        </w:rPr>
        <w:t xml:space="preserve">leads us closer to Christ. </w:t>
      </w:r>
      <w:r w:rsidR="00BA1464" w:rsidRPr="00664FD1">
        <w:rPr>
          <w:sz w:val="24"/>
          <w:szCs w:val="24"/>
        </w:rPr>
        <w:t>Partial obedience is disobedience</w:t>
      </w:r>
      <w:r w:rsidR="00E9156A" w:rsidRPr="00664FD1">
        <w:rPr>
          <w:sz w:val="24"/>
          <w:szCs w:val="24"/>
        </w:rPr>
        <w:t xml:space="preserve"> which can cause us to </w:t>
      </w:r>
      <w:r w:rsidR="004D2B91" w:rsidRPr="00664FD1">
        <w:rPr>
          <w:sz w:val="24"/>
          <w:szCs w:val="24"/>
        </w:rPr>
        <w:t xml:space="preserve">not hear the call the Lord has given us. </w:t>
      </w:r>
    </w:p>
    <w:p w14:paraId="530DB280" w14:textId="77777777" w:rsidR="00305DFD" w:rsidRDefault="00305DFD" w:rsidP="00D50FF5">
      <w:pPr>
        <w:pStyle w:val="NoSpacing"/>
        <w:rPr>
          <w:sz w:val="24"/>
          <w:szCs w:val="24"/>
        </w:rPr>
      </w:pPr>
    </w:p>
    <w:p w14:paraId="56493B86" w14:textId="6807AC6F" w:rsidR="00B32CE3" w:rsidRDefault="00BA1464" w:rsidP="00D50FF5">
      <w:pPr>
        <w:pStyle w:val="NoSpacing"/>
        <w:rPr>
          <w:sz w:val="24"/>
          <w:szCs w:val="24"/>
        </w:rPr>
      </w:pPr>
      <w:r w:rsidRPr="00EC3743">
        <w:rPr>
          <w:i/>
          <w:iCs/>
          <w:sz w:val="24"/>
          <w:szCs w:val="24"/>
        </w:rPr>
        <w:t>Reflection Question</w:t>
      </w:r>
      <w:r w:rsidRPr="00BC39A1">
        <w:rPr>
          <w:sz w:val="24"/>
          <w:szCs w:val="24"/>
        </w:rPr>
        <w:t>: What step can you take today to grow in your stewardship journey?</w:t>
      </w:r>
    </w:p>
    <w:p w14:paraId="07881580" w14:textId="77777777" w:rsidR="00F262B1" w:rsidRDefault="00F262B1" w:rsidP="00D50FF5">
      <w:pPr>
        <w:pStyle w:val="NoSpacing"/>
        <w:rPr>
          <w:sz w:val="24"/>
          <w:szCs w:val="24"/>
        </w:rPr>
      </w:pPr>
    </w:p>
    <w:p w14:paraId="4D554105" w14:textId="55B636CB" w:rsidR="00F262B1" w:rsidRDefault="00F262B1" w:rsidP="00F262B1">
      <w:pPr>
        <w:pStyle w:val="NoSpacing"/>
        <w:rPr>
          <w:sz w:val="24"/>
          <w:szCs w:val="24"/>
        </w:rPr>
      </w:pPr>
      <w:r w:rsidRPr="00EC3743">
        <w:rPr>
          <w:i/>
          <w:iCs/>
          <w:sz w:val="24"/>
          <w:szCs w:val="24"/>
        </w:rPr>
        <w:t>Prayer</w:t>
      </w:r>
      <w:r>
        <w:rPr>
          <w:sz w:val="24"/>
          <w:szCs w:val="24"/>
        </w:rPr>
        <w:t xml:space="preserve">: </w:t>
      </w:r>
      <w:r w:rsidR="00166570">
        <w:rPr>
          <w:sz w:val="24"/>
          <w:szCs w:val="24"/>
        </w:rPr>
        <w:t xml:space="preserve">Thank you for inspiration for our faith in the things that grow around us. The green that shows the growth and the color that teases the imagination with what a whole garden with those flowers would look like. </w:t>
      </w:r>
    </w:p>
    <w:p w14:paraId="5AAC4A23" w14:textId="77777777" w:rsidR="00F262B1" w:rsidRDefault="00F262B1" w:rsidP="00F262B1">
      <w:pPr>
        <w:pStyle w:val="NoSpacing"/>
        <w:rPr>
          <w:sz w:val="24"/>
          <w:szCs w:val="24"/>
        </w:rPr>
      </w:pPr>
    </w:p>
    <w:p w14:paraId="1EA4FB15" w14:textId="1DCA52AB" w:rsidR="00F262B1" w:rsidRDefault="00F262B1" w:rsidP="00F262B1">
      <w:pPr>
        <w:pStyle w:val="NoSpacing"/>
        <w:rPr>
          <w:sz w:val="24"/>
          <w:szCs w:val="24"/>
        </w:rPr>
      </w:pPr>
      <w:r w:rsidRPr="00EC3743">
        <w:rPr>
          <w:i/>
          <w:iCs/>
          <w:sz w:val="24"/>
          <w:szCs w:val="24"/>
        </w:rPr>
        <w:t>Today’s Recommendation Action</w:t>
      </w:r>
      <w:r>
        <w:rPr>
          <w:sz w:val="24"/>
          <w:szCs w:val="24"/>
        </w:rPr>
        <w:t xml:space="preserve">: </w:t>
      </w:r>
      <w:r w:rsidR="00166570">
        <w:rPr>
          <w:sz w:val="24"/>
          <w:szCs w:val="24"/>
        </w:rPr>
        <w:t>Stop and smell the outside as you leave the door and thank the Lord for this day.</w:t>
      </w:r>
    </w:p>
    <w:p w14:paraId="1C0DA27E" w14:textId="77777777" w:rsidR="00166570" w:rsidRDefault="00166570" w:rsidP="00F262B1">
      <w:pPr>
        <w:pStyle w:val="NoSpacing"/>
        <w:rPr>
          <w:sz w:val="24"/>
          <w:szCs w:val="24"/>
        </w:rPr>
      </w:pPr>
    </w:p>
    <w:p w14:paraId="1E93928A" w14:textId="6EB06826" w:rsidR="00166570" w:rsidRDefault="00166570" w:rsidP="00F262B1">
      <w:pPr>
        <w:pStyle w:val="NoSpacing"/>
        <w:rPr>
          <w:sz w:val="24"/>
          <w:szCs w:val="24"/>
        </w:rPr>
      </w:pPr>
      <w:r>
        <w:rPr>
          <w:sz w:val="24"/>
          <w:szCs w:val="24"/>
        </w:rPr>
        <w:t xml:space="preserve">Notes: </w:t>
      </w:r>
      <w:r>
        <w:rPr>
          <w:noProof/>
        </w:rPr>
        <w:t>__________________________________________________________________________________________________________________________________________________________________________________________________________________</w:t>
      </w:r>
      <w:r w:rsidR="00D67BFC">
        <w:rPr>
          <w:noProof/>
        </w:rPr>
        <w:t>__________________</w:t>
      </w:r>
    </w:p>
    <w:p w14:paraId="693FBD7D" w14:textId="77777777" w:rsidR="00F262B1" w:rsidRDefault="00F262B1" w:rsidP="00D50FF5">
      <w:pPr>
        <w:pStyle w:val="NoSpacing"/>
        <w:rPr>
          <w:sz w:val="24"/>
          <w:szCs w:val="24"/>
        </w:rPr>
      </w:pPr>
    </w:p>
    <w:p w14:paraId="569AE429" w14:textId="77777777" w:rsidR="00F262B1" w:rsidRDefault="00F262B1" w:rsidP="00D50FF5">
      <w:pPr>
        <w:pStyle w:val="NoSpacing"/>
        <w:rPr>
          <w:sz w:val="24"/>
          <w:szCs w:val="24"/>
        </w:rPr>
      </w:pPr>
    </w:p>
    <w:p w14:paraId="77BE7C65" w14:textId="77777777" w:rsidR="00EC3743" w:rsidRDefault="00EC3743" w:rsidP="00D50FF5">
      <w:pPr>
        <w:pStyle w:val="NoSpacing"/>
        <w:rPr>
          <w:sz w:val="24"/>
          <w:szCs w:val="24"/>
        </w:rPr>
      </w:pPr>
    </w:p>
    <w:p w14:paraId="4B49DC0B" w14:textId="77777777" w:rsidR="00EC3743" w:rsidRDefault="00EC3743" w:rsidP="00D50FF5">
      <w:pPr>
        <w:pStyle w:val="NoSpacing"/>
        <w:rPr>
          <w:sz w:val="24"/>
          <w:szCs w:val="24"/>
        </w:rPr>
      </w:pPr>
    </w:p>
    <w:p w14:paraId="473D6F16" w14:textId="3ADB53CF" w:rsidR="00325526" w:rsidRPr="00166570"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13: I give because I believe in the mission.</w:t>
      </w:r>
    </w:p>
    <w:p w14:paraId="719D4AB4" w14:textId="4B040BAA" w:rsidR="00325526" w:rsidRDefault="00834D8D" w:rsidP="00834D8D">
      <w:pPr>
        <w:pStyle w:val="NoSpacing"/>
        <w:rPr>
          <w:sz w:val="24"/>
          <w:szCs w:val="24"/>
        </w:rPr>
      </w:pPr>
      <w:r w:rsidRPr="00834D8D">
        <w:rPr>
          <w:sz w:val="24"/>
          <w:szCs w:val="24"/>
        </w:rPr>
        <w:t>Then the Lord replied:</w:t>
      </w:r>
      <w:r>
        <w:rPr>
          <w:sz w:val="24"/>
          <w:szCs w:val="24"/>
        </w:rPr>
        <w:t xml:space="preserve"> </w:t>
      </w:r>
      <w:r w:rsidRPr="00834D8D">
        <w:rPr>
          <w:sz w:val="24"/>
          <w:szCs w:val="24"/>
        </w:rPr>
        <w:t>“Write down the revelation</w:t>
      </w:r>
      <w:r>
        <w:rPr>
          <w:sz w:val="24"/>
          <w:szCs w:val="24"/>
        </w:rPr>
        <w:t xml:space="preserve"> </w:t>
      </w:r>
      <w:r w:rsidRPr="00834D8D">
        <w:rPr>
          <w:sz w:val="24"/>
          <w:szCs w:val="24"/>
        </w:rPr>
        <w:t>and make it plain on tablets</w:t>
      </w:r>
      <w:r>
        <w:rPr>
          <w:sz w:val="24"/>
          <w:szCs w:val="24"/>
        </w:rPr>
        <w:t xml:space="preserve"> </w:t>
      </w:r>
      <w:r w:rsidRPr="00834D8D">
        <w:rPr>
          <w:sz w:val="24"/>
          <w:szCs w:val="24"/>
        </w:rPr>
        <w:t>so that a herald</w:t>
      </w:r>
      <w:r w:rsidR="00166570">
        <w:rPr>
          <w:sz w:val="24"/>
          <w:szCs w:val="24"/>
        </w:rPr>
        <w:t xml:space="preserve"> </w:t>
      </w:r>
      <w:r w:rsidRPr="00834D8D">
        <w:rPr>
          <w:sz w:val="24"/>
          <w:szCs w:val="24"/>
        </w:rPr>
        <w:t>may run with it.</w:t>
      </w:r>
      <w:r>
        <w:rPr>
          <w:sz w:val="24"/>
          <w:szCs w:val="24"/>
        </w:rPr>
        <w:t xml:space="preserve"> </w:t>
      </w:r>
      <w:r w:rsidRPr="00834D8D">
        <w:rPr>
          <w:sz w:val="24"/>
          <w:szCs w:val="24"/>
        </w:rPr>
        <w:t>For the revelation awaits an appointed time;</w:t>
      </w:r>
      <w:r>
        <w:rPr>
          <w:sz w:val="24"/>
          <w:szCs w:val="24"/>
        </w:rPr>
        <w:t xml:space="preserve"> </w:t>
      </w:r>
      <w:r w:rsidRPr="00834D8D">
        <w:rPr>
          <w:sz w:val="24"/>
          <w:szCs w:val="24"/>
        </w:rPr>
        <w:t>it speaks of the end</w:t>
      </w:r>
      <w:r>
        <w:rPr>
          <w:sz w:val="24"/>
          <w:szCs w:val="24"/>
        </w:rPr>
        <w:t xml:space="preserve"> </w:t>
      </w:r>
      <w:r w:rsidRPr="00834D8D">
        <w:rPr>
          <w:sz w:val="24"/>
          <w:szCs w:val="24"/>
        </w:rPr>
        <w:t>and will not prove false.</w:t>
      </w:r>
      <w:r>
        <w:rPr>
          <w:sz w:val="24"/>
          <w:szCs w:val="24"/>
        </w:rPr>
        <w:t xml:space="preserve"> </w:t>
      </w:r>
      <w:r w:rsidRPr="00834D8D">
        <w:rPr>
          <w:sz w:val="24"/>
          <w:szCs w:val="24"/>
        </w:rPr>
        <w:t xml:space="preserve">Though it </w:t>
      </w:r>
      <w:r w:rsidR="001809AE" w:rsidRPr="00834D8D">
        <w:rPr>
          <w:sz w:val="24"/>
          <w:szCs w:val="24"/>
        </w:rPr>
        <w:t>lingers</w:t>
      </w:r>
      <w:r w:rsidRPr="00834D8D">
        <w:rPr>
          <w:sz w:val="24"/>
          <w:szCs w:val="24"/>
        </w:rPr>
        <w:t>, wait for it;</w:t>
      </w:r>
      <w:r>
        <w:rPr>
          <w:sz w:val="24"/>
          <w:szCs w:val="24"/>
        </w:rPr>
        <w:t xml:space="preserve"> </w:t>
      </w:r>
      <w:r w:rsidRPr="00834D8D">
        <w:rPr>
          <w:sz w:val="24"/>
          <w:szCs w:val="24"/>
        </w:rPr>
        <w:t xml:space="preserve">it will </w:t>
      </w:r>
      <w:r>
        <w:rPr>
          <w:sz w:val="24"/>
          <w:szCs w:val="24"/>
        </w:rPr>
        <w:t>c</w:t>
      </w:r>
      <w:r w:rsidRPr="00834D8D">
        <w:rPr>
          <w:sz w:val="24"/>
          <w:szCs w:val="24"/>
        </w:rPr>
        <w:t>ertainly come</w:t>
      </w:r>
      <w:r>
        <w:rPr>
          <w:sz w:val="24"/>
          <w:szCs w:val="24"/>
        </w:rPr>
        <w:t xml:space="preserve"> </w:t>
      </w:r>
      <w:r w:rsidRPr="00834D8D">
        <w:rPr>
          <w:sz w:val="24"/>
          <w:szCs w:val="24"/>
        </w:rPr>
        <w:t>and will not delay.</w:t>
      </w:r>
    </w:p>
    <w:p w14:paraId="32509CC3" w14:textId="08B272DF" w:rsidR="00B32CE3" w:rsidRPr="00BC39A1" w:rsidRDefault="00325526" w:rsidP="00834D8D">
      <w:pPr>
        <w:pStyle w:val="NoSpacing"/>
        <w:ind w:left="5040" w:firstLine="720"/>
        <w:rPr>
          <w:sz w:val="24"/>
          <w:szCs w:val="24"/>
        </w:rPr>
      </w:pPr>
      <w:r>
        <w:rPr>
          <w:sz w:val="24"/>
          <w:szCs w:val="24"/>
        </w:rPr>
        <w:t xml:space="preserve">~ </w:t>
      </w:r>
      <w:r w:rsidR="00BA1464" w:rsidRPr="00BC39A1">
        <w:rPr>
          <w:sz w:val="24"/>
          <w:szCs w:val="24"/>
        </w:rPr>
        <w:t>Habakkuk 2:2-3</w:t>
      </w:r>
      <w:r>
        <w:rPr>
          <w:sz w:val="24"/>
          <w:szCs w:val="24"/>
        </w:rPr>
        <w:t xml:space="preserve"> (NIV)</w:t>
      </w:r>
    </w:p>
    <w:p w14:paraId="7F9DD3F0" w14:textId="77777777" w:rsidR="00325526" w:rsidRDefault="00325526" w:rsidP="00D50FF5">
      <w:pPr>
        <w:pStyle w:val="NoSpacing"/>
        <w:rPr>
          <w:sz w:val="24"/>
          <w:szCs w:val="24"/>
        </w:rPr>
      </w:pPr>
    </w:p>
    <w:p w14:paraId="599AA1E8" w14:textId="0B2B0FDB" w:rsidR="00B32CE3" w:rsidRPr="00BC39A1" w:rsidRDefault="00325526" w:rsidP="00D50FF5">
      <w:pPr>
        <w:pStyle w:val="NoSpacing"/>
        <w:rPr>
          <w:sz w:val="24"/>
          <w:szCs w:val="24"/>
        </w:rPr>
      </w:pPr>
      <w:r w:rsidRPr="00166570">
        <w:rPr>
          <w:i/>
          <w:iCs/>
          <w:sz w:val="24"/>
          <w:szCs w:val="24"/>
        </w:rPr>
        <w:t>Reflection</w:t>
      </w:r>
      <w:r>
        <w:rPr>
          <w:sz w:val="24"/>
          <w:szCs w:val="24"/>
        </w:rPr>
        <w:t xml:space="preserve">: </w:t>
      </w:r>
      <w:r w:rsidR="00BA1464" w:rsidRPr="00BC39A1">
        <w:rPr>
          <w:sz w:val="24"/>
          <w:szCs w:val="24"/>
        </w:rPr>
        <w:t>Belief in the mission fuels our generosity. We give to see God’s vision fulfilled.</w:t>
      </w:r>
    </w:p>
    <w:p w14:paraId="14C662A9" w14:textId="77777777" w:rsidR="00325526" w:rsidRDefault="00325526" w:rsidP="00D50FF5">
      <w:pPr>
        <w:pStyle w:val="NoSpacing"/>
        <w:rPr>
          <w:sz w:val="24"/>
          <w:szCs w:val="24"/>
        </w:rPr>
      </w:pPr>
    </w:p>
    <w:p w14:paraId="1C421C8C" w14:textId="0E0C0E5E" w:rsidR="00B32CE3" w:rsidRDefault="00BA1464" w:rsidP="00D50FF5">
      <w:pPr>
        <w:pStyle w:val="NoSpacing"/>
        <w:rPr>
          <w:sz w:val="24"/>
          <w:szCs w:val="24"/>
        </w:rPr>
      </w:pPr>
      <w:r w:rsidRPr="00166570">
        <w:rPr>
          <w:i/>
          <w:iCs/>
          <w:sz w:val="24"/>
          <w:szCs w:val="24"/>
        </w:rPr>
        <w:t>Reflection Question</w:t>
      </w:r>
      <w:r w:rsidRPr="00BC39A1">
        <w:rPr>
          <w:sz w:val="24"/>
          <w:szCs w:val="24"/>
        </w:rPr>
        <w:t>: What part of your church’s mission inspires you to give?</w:t>
      </w:r>
    </w:p>
    <w:p w14:paraId="2A24EB7F" w14:textId="77777777" w:rsidR="00F262B1" w:rsidRDefault="00F262B1" w:rsidP="00D50FF5">
      <w:pPr>
        <w:pStyle w:val="NoSpacing"/>
        <w:rPr>
          <w:sz w:val="24"/>
          <w:szCs w:val="24"/>
        </w:rPr>
      </w:pPr>
    </w:p>
    <w:p w14:paraId="631BFA9E" w14:textId="7B44AE45" w:rsidR="00F262B1" w:rsidRDefault="00F262B1" w:rsidP="00F262B1">
      <w:pPr>
        <w:pStyle w:val="NoSpacing"/>
        <w:rPr>
          <w:sz w:val="24"/>
          <w:szCs w:val="24"/>
        </w:rPr>
      </w:pPr>
      <w:r w:rsidRPr="00166570">
        <w:rPr>
          <w:i/>
          <w:iCs/>
          <w:sz w:val="24"/>
          <w:szCs w:val="24"/>
        </w:rPr>
        <w:t>Prayer</w:t>
      </w:r>
      <w:r>
        <w:rPr>
          <w:sz w:val="24"/>
          <w:szCs w:val="24"/>
        </w:rPr>
        <w:t xml:space="preserve">: </w:t>
      </w:r>
      <w:r w:rsidR="00FD739C">
        <w:rPr>
          <w:sz w:val="24"/>
          <w:szCs w:val="24"/>
        </w:rPr>
        <w:t xml:space="preserve">We thank you for the missions that MPC has been able to support and the impact we have had </w:t>
      </w:r>
      <w:r w:rsidR="001809AE">
        <w:rPr>
          <w:sz w:val="24"/>
          <w:szCs w:val="24"/>
        </w:rPr>
        <w:t>on</w:t>
      </w:r>
      <w:r w:rsidR="00FD739C">
        <w:rPr>
          <w:sz w:val="24"/>
          <w:szCs w:val="24"/>
        </w:rPr>
        <w:t xml:space="preserve"> them. Whether it is through supporting foster kids, financing wells in Africa, or</w:t>
      </w:r>
      <w:r w:rsidR="00A85067">
        <w:rPr>
          <w:sz w:val="24"/>
          <w:szCs w:val="24"/>
        </w:rPr>
        <w:t xml:space="preserve"> the food pantry in our </w:t>
      </w:r>
      <w:r w:rsidR="001809AE">
        <w:rPr>
          <w:sz w:val="24"/>
          <w:szCs w:val="24"/>
        </w:rPr>
        <w:t>neighborhood,</w:t>
      </w:r>
      <w:r w:rsidR="00A85067">
        <w:rPr>
          <w:sz w:val="24"/>
          <w:szCs w:val="24"/>
        </w:rPr>
        <w:t xml:space="preserve"> we thank you for being able to reach both</w:t>
      </w:r>
      <w:r w:rsidR="00305DFD">
        <w:rPr>
          <w:sz w:val="24"/>
          <w:szCs w:val="24"/>
        </w:rPr>
        <w:t xml:space="preserve"> near and fair. </w:t>
      </w:r>
    </w:p>
    <w:p w14:paraId="73185C97" w14:textId="77777777" w:rsidR="00834D8D" w:rsidRDefault="00834D8D" w:rsidP="00F262B1">
      <w:pPr>
        <w:pStyle w:val="NoSpacing"/>
        <w:rPr>
          <w:sz w:val="24"/>
          <w:szCs w:val="24"/>
        </w:rPr>
      </w:pPr>
    </w:p>
    <w:p w14:paraId="436A5D95" w14:textId="5350EACE" w:rsidR="00F262B1" w:rsidRDefault="00F262B1" w:rsidP="00F262B1">
      <w:pPr>
        <w:pStyle w:val="NoSpacing"/>
        <w:rPr>
          <w:sz w:val="24"/>
          <w:szCs w:val="24"/>
        </w:rPr>
      </w:pPr>
      <w:r w:rsidRPr="00166570">
        <w:rPr>
          <w:i/>
          <w:iCs/>
          <w:sz w:val="24"/>
          <w:szCs w:val="24"/>
        </w:rPr>
        <w:t>Today’s Recommendation Action</w:t>
      </w:r>
      <w:r w:rsidR="00166570">
        <w:rPr>
          <w:sz w:val="24"/>
          <w:szCs w:val="24"/>
        </w:rPr>
        <w:t>: Look at MPC’s mission statement. What part of that mission statement resonates the most for you and why?</w:t>
      </w:r>
    </w:p>
    <w:p w14:paraId="37A1CDFE" w14:textId="77777777" w:rsidR="00166570" w:rsidRDefault="00166570" w:rsidP="00F262B1">
      <w:pPr>
        <w:pStyle w:val="NoSpacing"/>
        <w:rPr>
          <w:sz w:val="24"/>
          <w:szCs w:val="24"/>
        </w:rPr>
      </w:pPr>
    </w:p>
    <w:p w14:paraId="6E07A17A" w14:textId="2E0B893E" w:rsidR="00F262B1" w:rsidRDefault="00166570"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3BBB5D73" w14:textId="77777777" w:rsidR="00F262B1" w:rsidRPr="00BC39A1" w:rsidRDefault="00F262B1" w:rsidP="00D50FF5">
      <w:pPr>
        <w:pStyle w:val="NoSpacing"/>
        <w:rPr>
          <w:sz w:val="24"/>
          <w:szCs w:val="24"/>
        </w:rPr>
      </w:pPr>
    </w:p>
    <w:p w14:paraId="2F4DE37A" w14:textId="77777777"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14: My pledge is a promise to walk in faith.</w:t>
      </w:r>
    </w:p>
    <w:p w14:paraId="65544EBF" w14:textId="313FC665" w:rsidR="009A4D9B" w:rsidRDefault="00325526" w:rsidP="00D50FF5">
      <w:pPr>
        <w:pStyle w:val="NoSpacing"/>
        <w:rPr>
          <w:sz w:val="24"/>
          <w:szCs w:val="24"/>
        </w:rPr>
      </w:pPr>
      <w:r w:rsidRPr="00325526">
        <w:rPr>
          <w:sz w:val="24"/>
          <w:szCs w:val="24"/>
        </w:rPr>
        <w:t>Now faith is confidence in what we hope for and assurance about what we do not see.</w:t>
      </w:r>
    </w:p>
    <w:p w14:paraId="5A1C9723" w14:textId="428B87BF" w:rsidR="00B32CE3" w:rsidRPr="00BC39A1" w:rsidRDefault="009A4D9B" w:rsidP="00325526">
      <w:pPr>
        <w:pStyle w:val="NoSpacing"/>
        <w:ind w:left="5760"/>
        <w:rPr>
          <w:sz w:val="24"/>
          <w:szCs w:val="24"/>
        </w:rPr>
      </w:pPr>
      <w:r>
        <w:rPr>
          <w:sz w:val="24"/>
          <w:szCs w:val="24"/>
        </w:rPr>
        <w:t xml:space="preserve">~ </w:t>
      </w:r>
      <w:r w:rsidR="00BA1464" w:rsidRPr="00BC39A1">
        <w:rPr>
          <w:sz w:val="24"/>
          <w:szCs w:val="24"/>
        </w:rPr>
        <w:t>Hebrews 11:1</w:t>
      </w:r>
      <w:r>
        <w:rPr>
          <w:sz w:val="24"/>
          <w:szCs w:val="24"/>
        </w:rPr>
        <w:t xml:space="preserve"> (NIV)</w:t>
      </w:r>
    </w:p>
    <w:p w14:paraId="125A85D6" w14:textId="77777777" w:rsidR="00D26008" w:rsidRDefault="00D26008" w:rsidP="00D50FF5">
      <w:pPr>
        <w:pStyle w:val="NoSpacing"/>
        <w:rPr>
          <w:sz w:val="24"/>
          <w:szCs w:val="24"/>
        </w:rPr>
      </w:pPr>
    </w:p>
    <w:p w14:paraId="15DEEF10" w14:textId="38EAEFC5" w:rsidR="00B32CE3" w:rsidRPr="00BC39A1" w:rsidRDefault="005A62AE" w:rsidP="00D50FF5">
      <w:pPr>
        <w:pStyle w:val="NoSpacing"/>
        <w:rPr>
          <w:sz w:val="24"/>
          <w:szCs w:val="24"/>
        </w:rPr>
      </w:pPr>
      <w:r w:rsidRPr="00166570">
        <w:rPr>
          <w:i/>
          <w:iCs/>
          <w:sz w:val="24"/>
          <w:szCs w:val="24"/>
        </w:rPr>
        <w:t>Reflection</w:t>
      </w:r>
      <w:r>
        <w:rPr>
          <w:sz w:val="24"/>
          <w:szCs w:val="24"/>
        </w:rPr>
        <w:t xml:space="preserve">: </w:t>
      </w:r>
      <w:r w:rsidR="00BA1464" w:rsidRPr="00BC39A1">
        <w:rPr>
          <w:sz w:val="24"/>
          <w:szCs w:val="24"/>
        </w:rPr>
        <w:t>Pledging is an act of faith. It declares our trust in what we cannot yet see.</w:t>
      </w:r>
    </w:p>
    <w:p w14:paraId="5A106A0B" w14:textId="77777777" w:rsidR="00D26008" w:rsidRDefault="00D26008" w:rsidP="00D50FF5">
      <w:pPr>
        <w:pStyle w:val="NoSpacing"/>
        <w:rPr>
          <w:sz w:val="24"/>
          <w:szCs w:val="24"/>
        </w:rPr>
      </w:pPr>
    </w:p>
    <w:p w14:paraId="2485E805" w14:textId="27FD1CC1" w:rsidR="00B32CE3" w:rsidRDefault="00BA1464" w:rsidP="00D50FF5">
      <w:pPr>
        <w:pStyle w:val="NoSpacing"/>
        <w:rPr>
          <w:sz w:val="24"/>
          <w:szCs w:val="24"/>
        </w:rPr>
      </w:pPr>
      <w:r w:rsidRPr="00166570">
        <w:rPr>
          <w:i/>
          <w:iCs/>
          <w:sz w:val="24"/>
          <w:szCs w:val="24"/>
        </w:rPr>
        <w:t>Reflection Question</w:t>
      </w:r>
      <w:r w:rsidRPr="00BC39A1">
        <w:rPr>
          <w:sz w:val="24"/>
          <w:szCs w:val="24"/>
        </w:rPr>
        <w:t>: How does your pledge stretch your faith?</w:t>
      </w:r>
    </w:p>
    <w:p w14:paraId="5E04D78D" w14:textId="77777777" w:rsidR="00F262B1" w:rsidRDefault="00F262B1" w:rsidP="00D50FF5">
      <w:pPr>
        <w:pStyle w:val="NoSpacing"/>
        <w:rPr>
          <w:sz w:val="24"/>
          <w:szCs w:val="24"/>
        </w:rPr>
      </w:pPr>
    </w:p>
    <w:p w14:paraId="4D58E377" w14:textId="3444D6D4" w:rsidR="00F262B1" w:rsidRDefault="00F262B1" w:rsidP="00F262B1">
      <w:pPr>
        <w:pStyle w:val="NoSpacing"/>
        <w:rPr>
          <w:sz w:val="24"/>
          <w:szCs w:val="24"/>
        </w:rPr>
      </w:pPr>
      <w:r w:rsidRPr="00166570">
        <w:rPr>
          <w:i/>
          <w:iCs/>
          <w:sz w:val="24"/>
          <w:szCs w:val="24"/>
        </w:rPr>
        <w:t>Prayer</w:t>
      </w:r>
      <w:r>
        <w:rPr>
          <w:sz w:val="24"/>
          <w:szCs w:val="24"/>
        </w:rPr>
        <w:t xml:space="preserve">: </w:t>
      </w:r>
      <w:r w:rsidR="005A62AE">
        <w:rPr>
          <w:sz w:val="24"/>
          <w:szCs w:val="24"/>
        </w:rPr>
        <w:t>Lord, I do not know what the next year will bring. It will include valleys and mountain tops of that I know. Help me lean on you in faith to commit</w:t>
      </w:r>
      <w:r w:rsidR="009F0E70">
        <w:rPr>
          <w:sz w:val="24"/>
          <w:szCs w:val="24"/>
        </w:rPr>
        <w:t>. May the stories of those that have come before us encourage me this day.</w:t>
      </w:r>
    </w:p>
    <w:p w14:paraId="2B55AD61" w14:textId="77777777" w:rsidR="005A62AE" w:rsidRDefault="005A62AE" w:rsidP="00F262B1">
      <w:pPr>
        <w:pStyle w:val="NoSpacing"/>
        <w:rPr>
          <w:sz w:val="24"/>
          <w:szCs w:val="24"/>
        </w:rPr>
      </w:pPr>
    </w:p>
    <w:p w14:paraId="52954E6D" w14:textId="4FF25E21" w:rsidR="00F262B1" w:rsidRDefault="00F262B1" w:rsidP="00D50FF5">
      <w:pPr>
        <w:pStyle w:val="NoSpacing"/>
        <w:rPr>
          <w:sz w:val="24"/>
          <w:szCs w:val="24"/>
        </w:rPr>
      </w:pPr>
      <w:r w:rsidRPr="00166570">
        <w:rPr>
          <w:i/>
          <w:iCs/>
          <w:sz w:val="24"/>
          <w:szCs w:val="24"/>
        </w:rPr>
        <w:t>Today’s Recommendation Action</w:t>
      </w:r>
      <w:r>
        <w:rPr>
          <w:sz w:val="24"/>
          <w:szCs w:val="24"/>
        </w:rPr>
        <w:t xml:space="preserve">: </w:t>
      </w:r>
      <w:r w:rsidR="009F0E70">
        <w:rPr>
          <w:sz w:val="24"/>
          <w:szCs w:val="24"/>
        </w:rPr>
        <w:t>Read Hebrews 11 which has often been called the “wall of heroes”. Select one person listed in</w:t>
      </w:r>
      <w:r w:rsidR="009A4D9B">
        <w:rPr>
          <w:sz w:val="24"/>
          <w:szCs w:val="24"/>
        </w:rPr>
        <w:t xml:space="preserve"> the chapter. Read about them and find something of their life that can encourage your faith this day. </w:t>
      </w:r>
    </w:p>
    <w:p w14:paraId="10A6C727" w14:textId="77777777" w:rsidR="00F262B1" w:rsidRDefault="00F262B1" w:rsidP="00D50FF5">
      <w:pPr>
        <w:pStyle w:val="NoSpacing"/>
        <w:rPr>
          <w:sz w:val="24"/>
          <w:szCs w:val="24"/>
        </w:rPr>
      </w:pPr>
    </w:p>
    <w:p w14:paraId="6ABF2BF6" w14:textId="7CE613D2" w:rsidR="00166570" w:rsidRDefault="00166570"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2F30462C" w14:textId="77777777" w:rsidR="00D67BFC" w:rsidRDefault="00D67BFC" w:rsidP="00D50FF5">
      <w:pPr>
        <w:pStyle w:val="NoSpacing"/>
        <w:rPr>
          <w:sz w:val="24"/>
          <w:szCs w:val="24"/>
        </w:rPr>
      </w:pPr>
    </w:p>
    <w:p w14:paraId="5DDD0F90" w14:textId="77777777" w:rsidR="00F262B1" w:rsidRPr="00BC39A1" w:rsidRDefault="00F262B1" w:rsidP="00D50FF5">
      <w:pPr>
        <w:pStyle w:val="NoSpacing"/>
        <w:rPr>
          <w:sz w:val="24"/>
          <w:szCs w:val="24"/>
        </w:rPr>
      </w:pPr>
    </w:p>
    <w:p w14:paraId="42CDF556" w14:textId="77777777" w:rsidR="0093705E" w:rsidRDefault="0093705E"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22CBED" w14:textId="13D3E391"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15: I give to build up the body of Christ.</w:t>
      </w:r>
    </w:p>
    <w:p w14:paraId="2FC471A7" w14:textId="5F36E632" w:rsidR="007C7A6C" w:rsidRDefault="00D26008" w:rsidP="00D50FF5">
      <w:pPr>
        <w:pStyle w:val="NoSpacing"/>
        <w:rPr>
          <w:sz w:val="24"/>
          <w:szCs w:val="24"/>
        </w:rPr>
      </w:pPr>
      <w:r w:rsidRPr="00D26008">
        <w:rPr>
          <w:sz w:val="24"/>
          <w:szCs w:val="24"/>
        </w:rPr>
        <w:t>Instead, speaking the truth in love, we will grow to become in every respect the mature body of him who is the head, that is, Christ. From him the whole body, joined and held together by every supporting ligament, grows and builds itself up in love, as each part does its work.</w:t>
      </w:r>
    </w:p>
    <w:p w14:paraId="11F62136" w14:textId="5BE3AEFD" w:rsidR="00B32CE3" w:rsidRPr="00BC39A1" w:rsidRDefault="007C7A6C" w:rsidP="00D26008">
      <w:pPr>
        <w:pStyle w:val="NoSpacing"/>
        <w:ind w:left="5760"/>
        <w:rPr>
          <w:sz w:val="24"/>
          <w:szCs w:val="24"/>
        </w:rPr>
      </w:pPr>
      <w:r>
        <w:rPr>
          <w:sz w:val="24"/>
          <w:szCs w:val="24"/>
        </w:rPr>
        <w:t xml:space="preserve">~ </w:t>
      </w:r>
      <w:r w:rsidR="00BA1464" w:rsidRPr="00BC39A1">
        <w:rPr>
          <w:sz w:val="24"/>
          <w:szCs w:val="24"/>
        </w:rPr>
        <w:t>Ephesians 4:</w:t>
      </w:r>
      <w:r w:rsidR="00D26008">
        <w:rPr>
          <w:sz w:val="24"/>
          <w:szCs w:val="24"/>
        </w:rPr>
        <w:t>15-</w:t>
      </w:r>
      <w:r w:rsidR="00BA1464" w:rsidRPr="00BC39A1">
        <w:rPr>
          <w:sz w:val="24"/>
          <w:szCs w:val="24"/>
        </w:rPr>
        <w:t>16</w:t>
      </w:r>
      <w:r>
        <w:rPr>
          <w:sz w:val="24"/>
          <w:szCs w:val="24"/>
        </w:rPr>
        <w:t xml:space="preserve"> (NIV)</w:t>
      </w:r>
    </w:p>
    <w:p w14:paraId="2620BBB2" w14:textId="77777777" w:rsidR="007C7A6C" w:rsidRDefault="007C7A6C" w:rsidP="00D50FF5">
      <w:pPr>
        <w:pStyle w:val="NoSpacing"/>
        <w:rPr>
          <w:sz w:val="24"/>
          <w:szCs w:val="24"/>
        </w:rPr>
      </w:pPr>
    </w:p>
    <w:p w14:paraId="2A64CD7D" w14:textId="6032C6F7" w:rsidR="00B32CE3" w:rsidRPr="00BC39A1" w:rsidRDefault="007C7A6C" w:rsidP="00D50FF5">
      <w:pPr>
        <w:pStyle w:val="NoSpacing"/>
        <w:rPr>
          <w:sz w:val="24"/>
          <w:szCs w:val="24"/>
        </w:rPr>
      </w:pPr>
      <w:r w:rsidRPr="00166570">
        <w:rPr>
          <w:i/>
          <w:iCs/>
          <w:sz w:val="24"/>
          <w:szCs w:val="24"/>
        </w:rPr>
        <w:t>Reflection</w:t>
      </w:r>
      <w:r>
        <w:rPr>
          <w:sz w:val="24"/>
          <w:szCs w:val="24"/>
        </w:rPr>
        <w:t xml:space="preserve">: </w:t>
      </w:r>
      <w:r w:rsidR="00BA1464" w:rsidRPr="00BC39A1">
        <w:rPr>
          <w:sz w:val="24"/>
          <w:szCs w:val="24"/>
        </w:rPr>
        <w:t>Our giving strengthens the church and equips it to serve. We are builders of the body.</w:t>
      </w:r>
    </w:p>
    <w:p w14:paraId="71E47DF5" w14:textId="77777777" w:rsidR="007C7A6C" w:rsidRDefault="007C7A6C" w:rsidP="00D50FF5">
      <w:pPr>
        <w:pStyle w:val="NoSpacing"/>
        <w:rPr>
          <w:sz w:val="24"/>
          <w:szCs w:val="24"/>
        </w:rPr>
      </w:pPr>
    </w:p>
    <w:p w14:paraId="782C0913" w14:textId="1707E38D" w:rsidR="00B32CE3" w:rsidRDefault="00BA1464" w:rsidP="00D50FF5">
      <w:pPr>
        <w:pStyle w:val="NoSpacing"/>
        <w:rPr>
          <w:sz w:val="24"/>
          <w:szCs w:val="24"/>
        </w:rPr>
      </w:pPr>
      <w:r w:rsidRPr="00166570">
        <w:rPr>
          <w:i/>
          <w:iCs/>
          <w:sz w:val="24"/>
          <w:szCs w:val="24"/>
        </w:rPr>
        <w:t>Reflection Question</w:t>
      </w:r>
      <w:r w:rsidRPr="00BC39A1">
        <w:rPr>
          <w:sz w:val="24"/>
          <w:szCs w:val="24"/>
        </w:rPr>
        <w:t>: How does your giving help build up the church community?</w:t>
      </w:r>
    </w:p>
    <w:p w14:paraId="0322BB68" w14:textId="77777777" w:rsidR="00F262B1" w:rsidRDefault="00F262B1" w:rsidP="00D50FF5">
      <w:pPr>
        <w:pStyle w:val="NoSpacing"/>
        <w:rPr>
          <w:sz w:val="24"/>
          <w:szCs w:val="24"/>
        </w:rPr>
      </w:pPr>
    </w:p>
    <w:p w14:paraId="6E25E635" w14:textId="7B47153E" w:rsidR="00F262B1" w:rsidRDefault="00F262B1" w:rsidP="00F262B1">
      <w:pPr>
        <w:pStyle w:val="NoSpacing"/>
        <w:rPr>
          <w:sz w:val="24"/>
          <w:szCs w:val="24"/>
        </w:rPr>
      </w:pPr>
      <w:r w:rsidRPr="00166570">
        <w:rPr>
          <w:i/>
          <w:iCs/>
          <w:sz w:val="24"/>
          <w:szCs w:val="24"/>
        </w:rPr>
        <w:t>Prayer</w:t>
      </w:r>
      <w:r>
        <w:rPr>
          <w:sz w:val="24"/>
          <w:szCs w:val="24"/>
        </w:rPr>
        <w:t xml:space="preserve">: </w:t>
      </w:r>
      <w:r w:rsidR="00166570">
        <w:rPr>
          <w:sz w:val="24"/>
          <w:szCs w:val="24"/>
        </w:rPr>
        <w:t xml:space="preserve">Thank you for the body of believers that I </w:t>
      </w:r>
      <w:r w:rsidR="001809AE">
        <w:rPr>
          <w:sz w:val="24"/>
          <w:szCs w:val="24"/>
        </w:rPr>
        <w:t>participate with</w:t>
      </w:r>
      <w:r w:rsidR="00166570">
        <w:rPr>
          <w:sz w:val="24"/>
          <w:szCs w:val="24"/>
        </w:rPr>
        <w:t xml:space="preserve"> at MPC. Each </w:t>
      </w:r>
      <w:r w:rsidR="001809AE">
        <w:rPr>
          <w:sz w:val="24"/>
          <w:szCs w:val="24"/>
        </w:rPr>
        <w:t xml:space="preserve">person </w:t>
      </w:r>
      <w:r w:rsidR="00166570">
        <w:rPr>
          <w:sz w:val="24"/>
          <w:szCs w:val="24"/>
        </w:rPr>
        <w:t xml:space="preserve">plays an important role, no matter how small it may seem, to encourage each other. </w:t>
      </w:r>
    </w:p>
    <w:p w14:paraId="3EFD653B" w14:textId="77777777" w:rsidR="00F262B1" w:rsidRDefault="00F262B1" w:rsidP="00F262B1">
      <w:pPr>
        <w:pStyle w:val="NoSpacing"/>
        <w:rPr>
          <w:sz w:val="24"/>
          <w:szCs w:val="24"/>
        </w:rPr>
      </w:pPr>
    </w:p>
    <w:p w14:paraId="1A216A84" w14:textId="610A6D90" w:rsidR="00F262B1" w:rsidRDefault="00F262B1" w:rsidP="00F262B1">
      <w:pPr>
        <w:pStyle w:val="NoSpacing"/>
        <w:rPr>
          <w:sz w:val="24"/>
          <w:szCs w:val="24"/>
        </w:rPr>
      </w:pPr>
      <w:r w:rsidRPr="00166570">
        <w:rPr>
          <w:i/>
          <w:iCs/>
          <w:sz w:val="24"/>
          <w:szCs w:val="24"/>
        </w:rPr>
        <w:t>Today’s Recommendation Action</w:t>
      </w:r>
      <w:r>
        <w:rPr>
          <w:sz w:val="24"/>
          <w:szCs w:val="24"/>
        </w:rPr>
        <w:t xml:space="preserve">: </w:t>
      </w:r>
      <w:r w:rsidR="00166570">
        <w:rPr>
          <w:sz w:val="24"/>
          <w:szCs w:val="24"/>
        </w:rPr>
        <w:t>Think of someone who has impacted you recently at MPC and call or text them to know that they have on you to encourage them in their ministry.</w:t>
      </w:r>
    </w:p>
    <w:p w14:paraId="3DC5C496" w14:textId="77777777" w:rsidR="00166570" w:rsidRDefault="00166570" w:rsidP="00F262B1">
      <w:pPr>
        <w:pStyle w:val="NoSpacing"/>
        <w:rPr>
          <w:sz w:val="24"/>
          <w:szCs w:val="24"/>
        </w:rPr>
      </w:pPr>
    </w:p>
    <w:p w14:paraId="4E81FBF0" w14:textId="77924941" w:rsidR="00166570" w:rsidRDefault="00166570" w:rsidP="00F262B1">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6590C260" w14:textId="77777777" w:rsidR="00F262B1" w:rsidRPr="00BC39A1" w:rsidRDefault="00F262B1" w:rsidP="00D50FF5">
      <w:pPr>
        <w:pStyle w:val="NoSpacing"/>
        <w:rPr>
          <w:sz w:val="24"/>
          <w:szCs w:val="24"/>
        </w:rPr>
      </w:pPr>
    </w:p>
    <w:p w14:paraId="4C6527D8" w14:textId="77777777"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16: Stewardship is a shared responsibility.</w:t>
      </w:r>
    </w:p>
    <w:p w14:paraId="1758D6EC" w14:textId="7BAC4CBC" w:rsidR="006E6BED" w:rsidRDefault="009F75F8" w:rsidP="00D50FF5">
      <w:pPr>
        <w:pStyle w:val="NoSpacing"/>
        <w:rPr>
          <w:sz w:val="24"/>
          <w:szCs w:val="24"/>
        </w:rPr>
      </w:pPr>
      <w:r w:rsidRPr="009F75F8">
        <w:rPr>
          <w:sz w:val="24"/>
          <w:szCs w:val="24"/>
        </w:rPr>
        <w:t>If one part suffers, every part suffers with it; if one part is honored, every part rejoices with it.</w:t>
      </w:r>
    </w:p>
    <w:p w14:paraId="5FB672BE" w14:textId="56ACF5A5" w:rsidR="00B32CE3" w:rsidRPr="00BC39A1" w:rsidRDefault="006E6BED" w:rsidP="007C7A6C">
      <w:pPr>
        <w:pStyle w:val="NoSpacing"/>
        <w:ind w:left="5040" w:firstLine="720"/>
        <w:rPr>
          <w:sz w:val="24"/>
          <w:szCs w:val="24"/>
        </w:rPr>
      </w:pPr>
      <w:r>
        <w:rPr>
          <w:sz w:val="24"/>
          <w:szCs w:val="24"/>
        </w:rPr>
        <w:t xml:space="preserve">~ </w:t>
      </w:r>
      <w:r w:rsidR="00BA1464" w:rsidRPr="00BC39A1">
        <w:rPr>
          <w:sz w:val="24"/>
          <w:szCs w:val="24"/>
        </w:rPr>
        <w:t>1 Corinthians 12:26</w:t>
      </w:r>
      <w:r>
        <w:rPr>
          <w:sz w:val="24"/>
          <w:szCs w:val="24"/>
        </w:rPr>
        <w:t xml:space="preserve"> (NIV)</w:t>
      </w:r>
    </w:p>
    <w:p w14:paraId="546C9D4F" w14:textId="77777777" w:rsidR="006E6BED" w:rsidRDefault="006E6BED" w:rsidP="00D50FF5">
      <w:pPr>
        <w:pStyle w:val="NoSpacing"/>
        <w:rPr>
          <w:sz w:val="24"/>
          <w:szCs w:val="24"/>
        </w:rPr>
      </w:pPr>
    </w:p>
    <w:p w14:paraId="755CC4BA" w14:textId="537F2A04" w:rsidR="00B32CE3" w:rsidRPr="00BC39A1" w:rsidRDefault="006E6BED" w:rsidP="00D50FF5">
      <w:pPr>
        <w:pStyle w:val="NoSpacing"/>
        <w:rPr>
          <w:sz w:val="24"/>
          <w:szCs w:val="24"/>
        </w:rPr>
      </w:pPr>
      <w:r w:rsidRPr="00DE09FD">
        <w:rPr>
          <w:i/>
          <w:iCs/>
          <w:sz w:val="24"/>
          <w:szCs w:val="24"/>
        </w:rPr>
        <w:t>Reflection</w:t>
      </w:r>
      <w:r>
        <w:rPr>
          <w:sz w:val="24"/>
          <w:szCs w:val="24"/>
        </w:rPr>
        <w:t xml:space="preserve">: </w:t>
      </w:r>
      <w:r w:rsidR="00BA1464" w:rsidRPr="00BC39A1">
        <w:rPr>
          <w:sz w:val="24"/>
          <w:szCs w:val="24"/>
        </w:rPr>
        <w:t>We are in this together. When each person gives, the whole body thrives.</w:t>
      </w:r>
    </w:p>
    <w:p w14:paraId="123D4EE7" w14:textId="77777777" w:rsidR="006E6BED" w:rsidRDefault="006E6BED" w:rsidP="00D50FF5">
      <w:pPr>
        <w:pStyle w:val="NoSpacing"/>
        <w:rPr>
          <w:sz w:val="24"/>
          <w:szCs w:val="24"/>
        </w:rPr>
      </w:pPr>
    </w:p>
    <w:p w14:paraId="02F40E62" w14:textId="507BBCD2" w:rsidR="00B32CE3" w:rsidRDefault="00BA1464" w:rsidP="00D50FF5">
      <w:pPr>
        <w:pStyle w:val="NoSpacing"/>
        <w:rPr>
          <w:sz w:val="24"/>
          <w:szCs w:val="24"/>
        </w:rPr>
      </w:pPr>
      <w:r w:rsidRPr="00DE09FD">
        <w:rPr>
          <w:i/>
          <w:iCs/>
          <w:sz w:val="24"/>
          <w:szCs w:val="24"/>
        </w:rPr>
        <w:t>Reflection Question</w:t>
      </w:r>
      <w:r w:rsidRPr="00BC39A1">
        <w:rPr>
          <w:sz w:val="24"/>
          <w:szCs w:val="24"/>
        </w:rPr>
        <w:t>: How can you encourage others to join in the stewardship journey?</w:t>
      </w:r>
    </w:p>
    <w:p w14:paraId="6078FC42" w14:textId="77777777" w:rsidR="00F262B1" w:rsidRDefault="00F262B1" w:rsidP="00D50FF5">
      <w:pPr>
        <w:pStyle w:val="NoSpacing"/>
        <w:rPr>
          <w:sz w:val="24"/>
          <w:szCs w:val="24"/>
        </w:rPr>
      </w:pPr>
    </w:p>
    <w:p w14:paraId="40DF309D" w14:textId="2EC096F8" w:rsidR="00F262B1" w:rsidRDefault="00F262B1" w:rsidP="00F262B1">
      <w:pPr>
        <w:pStyle w:val="NoSpacing"/>
        <w:rPr>
          <w:sz w:val="24"/>
          <w:szCs w:val="24"/>
        </w:rPr>
      </w:pPr>
      <w:r w:rsidRPr="00DE09FD">
        <w:rPr>
          <w:i/>
          <w:iCs/>
          <w:sz w:val="24"/>
          <w:szCs w:val="24"/>
        </w:rPr>
        <w:t>Prayer</w:t>
      </w:r>
      <w:r>
        <w:rPr>
          <w:sz w:val="24"/>
          <w:szCs w:val="24"/>
        </w:rPr>
        <w:t xml:space="preserve">: </w:t>
      </w:r>
      <w:r w:rsidR="00EF69BA">
        <w:rPr>
          <w:sz w:val="24"/>
          <w:szCs w:val="24"/>
        </w:rPr>
        <w:t>The world can bring much to our doorsteps</w:t>
      </w:r>
      <w:r w:rsidR="00DD5D8E">
        <w:rPr>
          <w:sz w:val="24"/>
          <w:szCs w:val="24"/>
        </w:rPr>
        <w:t xml:space="preserve">…hope, joy, and challenges. </w:t>
      </w:r>
      <w:r w:rsidR="001809AE">
        <w:rPr>
          <w:sz w:val="24"/>
          <w:szCs w:val="24"/>
        </w:rPr>
        <w:t>Wherever</w:t>
      </w:r>
      <w:r w:rsidR="00DD5D8E">
        <w:rPr>
          <w:sz w:val="24"/>
          <w:szCs w:val="24"/>
        </w:rPr>
        <w:t xml:space="preserve"> things are on the spectrum help me see ways to help</w:t>
      </w:r>
      <w:r w:rsidR="00294D3D">
        <w:rPr>
          <w:sz w:val="24"/>
          <w:szCs w:val="24"/>
        </w:rPr>
        <w:t xml:space="preserve">. Whether that is to celebrate the joys or </w:t>
      </w:r>
      <w:r w:rsidR="001809AE">
        <w:rPr>
          <w:sz w:val="24"/>
          <w:szCs w:val="24"/>
        </w:rPr>
        <w:t>stand by</w:t>
      </w:r>
      <w:r w:rsidR="00294D3D">
        <w:rPr>
          <w:sz w:val="24"/>
          <w:szCs w:val="24"/>
        </w:rPr>
        <w:t xml:space="preserve"> the pain of life with someone. Give me wisdom to know where</w:t>
      </w:r>
      <w:r w:rsidR="007C7A6C">
        <w:rPr>
          <w:sz w:val="24"/>
          <w:szCs w:val="24"/>
        </w:rPr>
        <w:t xml:space="preserve"> I can </w:t>
      </w:r>
      <w:r w:rsidR="001809AE">
        <w:rPr>
          <w:sz w:val="24"/>
          <w:szCs w:val="24"/>
        </w:rPr>
        <w:t>help.</w:t>
      </w:r>
      <w:r w:rsidR="00DD5D8E">
        <w:rPr>
          <w:sz w:val="24"/>
          <w:szCs w:val="24"/>
        </w:rPr>
        <w:t xml:space="preserve"> </w:t>
      </w:r>
    </w:p>
    <w:p w14:paraId="17F528C4" w14:textId="77777777" w:rsidR="009F75F8" w:rsidRDefault="009F75F8" w:rsidP="00F262B1">
      <w:pPr>
        <w:pStyle w:val="NoSpacing"/>
        <w:rPr>
          <w:sz w:val="24"/>
          <w:szCs w:val="24"/>
        </w:rPr>
      </w:pPr>
    </w:p>
    <w:p w14:paraId="4D58C902" w14:textId="75A8E8A4" w:rsidR="00F262B1" w:rsidRDefault="00F262B1" w:rsidP="00F262B1">
      <w:pPr>
        <w:pStyle w:val="NoSpacing"/>
        <w:rPr>
          <w:sz w:val="24"/>
          <w:szCs w:val="24"/>
        </w:rPr>
      </w:pPr>
      <w:r w:rsidRPr="00DE09FD">
        <w:rPr>
          <w:i/>
          <w:iCs/>
          <w:sz w:val="24"/>
          <w:szCs w:val="24"/>
        </w:rPr>
        <w:t>Today’s Recommendation Action</w:t>
      </w:r>
      <w:r>
        <w:rPr>
          <w:sz w:val="24"/>
          <w:szCs w:val="24"/>
        </w:rPr>
        <w:t xml:space="preserve">: </w:t>
      </w:r>
      <w:r w:rsidR="00DE09FD">
        <w:rPr>
          <w:sz w:val="24"/>
          <w:szCs w:val="24"/>
        </w:rPr>
        <w:t xml:space="preserve">Help someone in the family or neighborhood with a chore </w:t>
      </w:r>
      <w:r w:rsidR="001809AE">
        <w:rPr>
          <w:sz w:val="24"/>
          <w:szCs w:val="24"/>
        </w:rPr>
        <w:t>today.</w:t>
      </w:r>
    </w:p>
    <w:p w14:paraId="24CB2DB5" w14:textId="77777777" w:rsidR="00DE09FD" w:rsidRDefault="00DE09FD" w:rsidP="00F262B1">
      <w:pPr>
        <w:pStyle w:val="NoSpacing"/>
        <w:rPr>
          <w:sz w:val="24"/>
          <w:szCs w:val="24"/>
        </w:rPr>
      </w:pPr>
    </w:p>
    <w:p w14:paraId="5E3064F5" w14:textId="2D7621AC" w:rsidR="00DE09FD" w:rsidRDefault="00DE09FD" w:rsidP="00F262B1">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3AF88B15" w14:textId="77777777" w:rsidR="00D67BFC" w:rsidRDefault="00D67BFC" w:rsidP="00F262B1">
      <w:pPr>
        <w:pStyle w:val="NoSpacing"/>
        <w:rPr>
          <w:sz w:val="24"/>
          <w:szCs w:val="24"/>
        </w:rPr>
      </w:pPr>
    </w:p>
    <w:p w14:paraId="51B785D1" w14:textId="77777777" w:rsidR="00D67BFC" w:rsidRDefault="00D67BFC" w:rsidP="00F262B1">
      <w:pPr>
        <w:pStyle w:val="NoSpacing"/>
        <w:rPr>
          <w:sz w:val="24"/>
          <w:szCs w:val="24"/>
        </w:rPr>
      </w:pPr>
    </w:p>
    <w:p w14:paraId="68D7C8C5" w14:textId="77777777" w:rsidR="00D67BFC" w:rsidRDefault="00D67BFC" w:rsidP="00F262B1">
      <w:pPr>
        <w:pStyle w:val="NoSpacing"/>
        <w:rPr>
          <w:sz w:val="24"/>
          <w:szCs w:val="24"/>
        </w:rPr>
      </w:pPr>
    </w:p>
    <w:p w14:paraId="63D258E5" w14:textId="77777777" w:rsidR="0093705E" w:rsidRDefault="0093705E"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D86DFC" w14:textId="6DC96FC9"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17: I pledge to be a good and faithful servant.</w:t>
      </w:r>
    </w:p>
    <w:p w14:paraId="1142BD81" w14:textId="110621F3" w:rsidR="00922A54" w:rsidRDefault="00062EEB" w:rsidP="00D50FF5">
      <w:pPr>
        <w:pStyle w:val="NoSpacing"/>
        <w:rPr>
          <w:sz w:val="24"/>
          <w:szCs w:val="24"/>
        </w:rPr>
      </w:pPr>
      <w:r w:rsidRPr="00062EEB">
        <w:rPr>
          <w:sz w:val="24"/>
          <w:szCs w:val="24"/>
        </w:rPr>
        <w:t>His master replied, ‘Well done, good and faithful servant! You have been faithful with a few things; I will put you in charge of many things. Come and share your master’s happiness!</w:t>
      </w:r>
    </w:p>
    <w:p w14:paraId="75005914" w14:textId="1C2FE110" w:rsidR="00B32CE3" w:rsidRPr="00BC39A1" w:rsidRDefault="00922A54" w:rsidP="00062EEB">
      <w:pPr>
        <w:pStyle w:val="NoSpacing"/>
        <w:ind w:left="5040" w:firstLine="720"/>
        <w:rPr>
          <w:sz w:val="24"/>
          <w:szCs w:val="24"/>
        </w:rPr>
      </w:pPr>
      <w:r>
        <w:rPr>
          <w:sz w:val="24"/>
          <w:szCs w:val="24"/>
        </w:rPr>
        <w:t xml:space="preserve">~ </w:t>
      </w:r>
      <w:r w:rsidR="00BA1464" w:rsidRPr="00BC39A1">
        <w:rPr>
          <w:sz w:val="24"/>
          <w:szCs w:val="24"/>
        </w:rPr>
        <w:t>Matthew 25:21</w:t>
      </w:r>
      <w:r>
        <w:rPr>
          <w:sz w:val="24"/>
          <w:szCs w:val="24"/>
        </w:rPr>
        <w:t xml:space="preserve"> (NIV)</w:t>
      </w:r>
    </w:p>
    <w:p w14:paraId="13099122" w14:textId="77777777" w:rsidR="00922A54" w:rsidRDefault="00922A54" w:rsidP="00D50FF5">
      <w:pPr>
        <w:pStyle w:val="NoSpacing"/>
        <w:rPr>
          <w:sz w:val="24"/>
          <w:szCs w:val="24"/>
        </w:rPr>
      </w:pPr>
    </w:p>
    <w:p w14:paraId="296640C3" w14:textId="7134B6B7" w:rsidR="00B32CE3" w:rsidRPr="00BC39A1" w:rsidRDefault="00922A54" w:rsidP="00D50FF5">
      <w:pPr>
        <w:pStyle w:val="NoSpacing"/>
        <w:rPr>
          <w:sz w:val="24"/>
          <w:szCs w:val="24"/>
        </w:rPr>
      </w:pPr>
      <w:r w:rsidRPr="00DE09FD">
        <w:rPr>
          <w:i/>
          <w:iCs/>
          <w:sz w:val="24"/>
          <w:szCs w:val="24"/>
        </w:rPr>
        <w:t>Reflection</w:t>
      </w:r>
      <w:r>
        <w:rPr>
          <w:sz w:val="24"/>
          <w:szCs w:val="24"/>
        </w:rPr>
        <w:t xml:space="preserve">: </w:t>
      </w:r>
      <w:r w:rsidR="00BA1464" w:rsidRPr="00BC39A1">
        <w:rPr>
          <w:sz w:val="24"/>
          <w:szCs w:val="24"/>
        </w:rPr>
        <w:t>God calls us to faithfulness. Our pledges are part of our service to Him.</w:t>
      </w:r>
    </w:p>
    <w:p w14:paraId="1F956CAE" w14:textId="77777777" w:rsidR="00922A54" w:rsidRDefault="00922A54" w:rsidP="00D50FF5">
      <w:pPr>
        <w:pStyle w:val="NoSpacing"/>
        <w:rPr>
          <w:sz w:val="24"/>
          <w:szCs w:val="24"/>
        </w:rPr>
      </w:pPr>
    </w:p>
    <w:p w14:paraId="52CF5347" w14:textId="0E526F90" w:rsidR="00B32CE3" w:rsidRDefault="00BA1464" w:rsidP="00D50FF5">
      <w:pPr>
        <w:pStyle w:val="NoSpacing"/>
        <w:rPr>
          <w:sz w:val="24"/>
          <w:szCs w:val="24"/>
        </w:rPr>
      </w:pPr>
      <w:r w:rsidRPr="00DE09FD">
        <w:rPr>
          <w:i/>
          <w:iCs/>
          <w:sz w:val="24"/>
          <w:szCs w:val="24"/>
        </w:rPr>
        <w:t>Reflection Question</w:t>
      </w:r>
      <w:r w:rsidRPr="00BC39A1">
        <w:rPr>
          <w:sz w:val="24"/>
          <w:szCs w:val="24"/>
        </w:rPr>
        <w:t>: What does it mean to you to be a faithful servant in your giving?</w:t>
      </w:r>
    </w:p>
    <w:p w14:paraId="306DBA06" w14:textId="77777777" w:rsidR="00F262B1" w:rsidRDefault="00F262B1" w:rsidP="00D50FF5">
      <w:pPr>
        <w:pStyle w:val="NoSpacing"/>
        <w:rPr>
          <w:sz w:val="24"/>
          <w:szCs w:val="24"/>
        </w:rPr>
      </w:pPr>
    </w:p>
    <w:p w14:paraId="4B38B88C" w14:textId="0B8E9C24" w:rsidR="00F262B1" w:rsidRDefault="00F262B1" w:rsidP="00F262B1">
      <w:pPr>
        <w:pStyle w:val="NoSpacing"/>
        <w:rPr>
          <w:sz w:val="24"/>
          <w:szCs w:val="24"/>
        </w:rPr>
      </w:pPr>
      <w:r w:rsidRPr="00DE09FD">
        <w:rPr>
          <w:i/>
          <w:iCs/>
          <w:sz w:val="24"/>
          <w:szCs w:val="24"/>
        </w:rPr>
        <w:t>Prayer</w:t>
      </w:r>
      <w:r>
        <w:rPr>
          <w:sz w:val="24"/>
          <w:szCs w:val="24"/>
        </w:rPr>
        <w:t xml:space="preserve">: </w:t>
      </w:r>
      <w:r w:rsidR="00062EEB">
        <w:rPr>
          <w:sz w:val="24"/>
          <w:szCs w:val="24"/>
        </w:rPr>
        <w:t>Align my heart and my actions so one day I will hear those amazing words</w:t>
      </w:r>
      <w:proofErr w:type="gramStart"/>
      <w:r w:rsidR="000068E6">
        <w:rPr>
          <w:sz w:val="24"/>
          <w:szCs w:val="24"/>
        </w:rPr>
        <w:t>…”good</w:t>
      </w:r>
      <w:proofErr w:type="gramEnd"/>
      <w:r w:rsidR="000068E6">
        <w:rPr>
          <w:sz w:val="24"/>
          <w:szCs w:val="24"/>
        </w:rPr>
        <w:t xml:space="preserve"> and faithful servant”. Help me focus on your priorities and your way. </w:t>
      </w:r>
    </w:p>
    <w:p w14:paraId="490934F5" w14:textId="77777777" w:rsidR="00062EEB" w:rsidRDefault="00062EEB" w:rsidP="00F262B1">
      <w:pPr>
        <w:pStyle w:val="NoSpacing"/>
        <w:rPr>
          <w:sz w:val="24"/>
          <w:szCs w:val="24"/>
        </w:rPr>
      </w:pPr>
    </w:p>
    <w:p w14:paraId="5A0CBF0E" w14:textId="6BF1D7F5" w:rsidR="00F262B1" w:rsidRDefault="00F262B1" w:rsidP="00F262B1">
      <w:pPr>
        <w:pStyle w:val="NoSpacing"/>
        <w:rPr>
          <w:sz w:val="24"/>
          <w:szCs w:val="24"/>
        </w:rPr>
      </w:pPr>
      <w:r w:rsidRPr="00DE09FD">
        <w:rPr>
          <w:i/>
          <w:iCs/>
          <w:sz w:val="24"/>
          <w:szCs w:val="24"/>
        </w:rPr>
        <w:t>Today’s Recommendation Action</w:t>
      </w:r>
      <w:r>
        <w:rPr>
          <w:sz w:val="24"/>
          <w:szCs w:val="24"/>
        </w:rPr>
        <w:t xml:space="preserve">: </w:t>
      </w:r>
      <w:r w:rsidR="00DE09FD">
        <w:rPr>
          <w:sz w:val="24"/>
          <w:szCs w:val="24"/>
        </w:rPr>
        <w:t>Think of something that you have been meaning to do. Is today the day to finish that something</w:t>
      </w:r>
      <w:r w:rsidR="001809AE">
        <w:rPr>
          <w:sz w:val="24"/>
          <w:szCs w:val="24"/>
        </w:rPr>
        <w:t>?</w:t>
      </w:r>
    </w:p>
    <w:p w14:paraId="4E963328" w14:textId="77777777" w:rsidR="00DE09FD" w:rsidRDefault="00DE09FD" w:rsidP="00F262B1">
      <w:pPr>
        <w:pStyle w:val="NoSpacing"/>
        <w:rPr>
          <w:sz w:val="24"/>
          <w:szCs w:val="24"/>
        </w:rPr>
      </w:pPr>
    </w:p>
    <w:p w14:paraId="13A03D0B" w14:textId="3761FE99" w:rsidR="00F262B1" w:rsidRDefault="00DE09FD" w:rsidP="00D50FF5">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4384AF59" w14:textId="77777777" w:rsidR="00F262B1" w:rsidRPr="00BC39A1" w:rsidRDefault="00F262B1" w:rsidP="00D50FF5">
      <w:pPr>
        <w:pStyle w:val="NoSpacing"/>
        <w:rPr>
          <w:sz w:val="24"/>
          <w:szCs w:val="24"/>
        </w:rPr>
      </w:pPr>
    </w:p>
    <w:p w14:paraId="76BAADD8" w14:textId="77777777"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18: My giving reflects my values and priorities.</w:t>
      </w:r>
    </w:p>
    <w:p w14:paraId="46FC4234" w14:textId="074AD5DD" w:rsidR="009C128D" w:rsidRDefault="005717A7" w:rsidP="00D50FF5">
      <w:pPr>
        <w:pStyle w:val="NoSpacing"/>
        <w:rPr>
          <w:sz w:val="24"/>
          <w:szCs w:val="24"/>
        </w:rPr>
      </w:pPr>
      <w:r w:rsidRPr="005717A7">
        <w:rPr>
          <w:sz w:val="24"/>
          <w:szCs w:val="24"/>
        </w:rPr>
        <w:t>For where your treasure is, there your heart will be also.</w:t>
      </w:r>
    </w:p>
    <w:p w14:paraId="72AC3C9D" w14:textId="2F2EF540" w:rsidR="00B32CE3" w:rsidRPr="00BC39A1" w:rsidRDefault="009C128D" w:rsidP="007C7A6C">
      <w:pPr>
        <w:pStyle w:val="NoSpacing"/>
        <w:ind w:left="5040" w:firstLine="720"/>
        <w:rPr>
          <w:sz w:val="24"/>
          <w:szCs w:val="24"/>
        </w:rPr>
      </w:pPr>
      <w:r>
        <w:rPr>
          <w:sz w:val="24"/>
          <w:szCs w:val="24"/>
        </w:rPr>
        <w:t xml:space="preserve">~ </w:t>
      </w:r>
      <w:r w:rsidR="00BA1464" w:rsidRPr="00BC39A1">
        <w:rPr>
          <w:sz w:val="24"/>
          <w:szCs w:val="24"/>
        </w:rPr>
        <w:t>Matthew 6:21</w:t>
      </w:r>
      <w:r>
        <w:rPr>
          <w:sz w:val="24"/>
          <w:szCs w:val="24"/>
        </w:rPr>
        <w:t xml:space="preserve"> (NIV)</w:t>
      </w:r>
    </w:p>
    <w:p w14:paraId="5D80FDAA" w14:textId="77777777" w:rsidR="009C128D" w:rsidRDefault="009C128D" w:rsidP="00D50FF5">
      <w:pPr>
        <w:pStyle w:val="NoSpacing"/>
        <w:rPr>
          <w:sz w:val="24"/>
          <w:szCs w:val="24"/>
        </w:rPr>
      </w:pPr>
    </w:p>
    <w:p w14:paraId="549E4AB2" w14:textId="12BE108E" w:rsidR="00B32CE3" w:rsidRPr="00BC39A1" w:rsidRDefault="009C128D" w:rsidP="00D50FF5">
      <w:pPr>
        <w:pStyle w:val="NoSpacing"/>
        <w:rPr>
          <w:sz w:val="24"/>
          <w:szCs w:val="24"/>
        </w:rPr>
      </w:pPr>
      <w:r w:rsidRPr="00DE09FD">
        <w:rPr>
          <w:i/>
          <w:iCs/>
          <w:sz w:val="24"/>
          <w:szCs w:val="24"/>
        </w:rPr>
        <w:t>Reflection</w:t>
      </w:r>
      <w:r>
        <w:rPr>
          <w:sz w:val="24"/>
          <w:szCs w:val="24"/>
        </w:rPr>
        <w:t xml:space="preserve">: </w:t>
      </w:r>
      <w:r w:rsidR="00BA1464" w:rsidRPr="00BC39A1">
        <w:rPr>
          <w:sz w:val="24"/>
          <w:szCs w:val="24"/>
        </w:rPr>
        <w:t>Where our treasure is, our heart will be also. Giving reveals what we value most.</w:t>
      </w:r>
    </w:p>
    <w:p w14:paraId="77B54A09" w14:textId="77777777" w:rsidR="009C128D" w:rsidRDefault="009C128D" w:rsidP="00D50FF5">
      <w:pPr>
        <w:pStyle w:val="NoSpacing"/>
        <w:rPr>
          <w:sz w:val="24"/>
          <w:szCs w:val="24"/>
        </w:rPr>
      </w:pPr>
    </w:p>
    <w:p w14:paraId="57A46BA6" w14:textId="208DCD50" w:rsidR="00B32CE3" w:rsidRDefault="00BA1464" w:rsidP="00D50FF5">
      <w:pPr>
        <w:pStyle w:val="NoSpacing"/>
        <w:rPr>
          <w:sz w:val="24"/>
          <w:szCs w:val="24"/>
        </w:rPr>
      </w:pPr>
      <w:r w:rsidRPr="00DE09FD">
        <w:rPr>
          <w:i/>
          <w:iCs/>
          <w:sz w:val="24"/>
          <w:szCs w:val="24"/>
        </w:rPr>
        <w:t>Reflection Question</w:t>
      </w:r>
      <w:r w:rsidRPr="00BC39A1">
        <w:rPr>
          <w:sz w:val="24"/>
          <w:szCs w:val="24"/>
        </w:rPr>
        <w:t>: What does your giving say about your values?</w:t>
      </w:r>
    </w:p>
    <w:p w14:paraId="0736F8F8" w14:textId="77777777" w:rsidR="00F262B1" w:rsidRDefault="00F262B1" w:rsidP="00D50FF5">
      <w:pPr>
        <w:pStyle w:val="NoSpacing"/>
        <w:rPr>
          <w:sz w:val="24"/>
          <w:szCs w:val="24"/>
        </w:rPr>
      </w:pPr>
    </w:p>
    <w:p w14:paraId="292273AE" w14:textId="7B0A329A" w:rsidR="005717A7" w:rsidRDefault="00F262B1" w:rsidP="00F262B1">
      <w:pPr>
        <w:pStyle w:val="NoSpacing"/>
        <w:rPr>
          <w:sz w:val="24"/>
          <w:szCs w:val="24"/>
        </w:rPr>
      </w:pPr>
      <w:r w:rsidRPr="00DE09FD">
        <w:rPr>
          <w:i/>
          <w:iCs/>
          <w:sz w:val="24"/>
          <w:szCs w:val="24"/>
        </w:rPr>
        <w:t>Prayer</w:t>
      </w:r>
      <w:r>
        <w:rPr>
          <w:sz w:val="24"/>
          <w:szCs w:val="24"/>
        </w:rPr>
        <w:t xml:space="preserve">: </w:t>
      </w:r>
      <w:r w:rsidR="005717A7">
        <w:rPr>
          <w:sz w:val="24"/>
          <w:szCs w:val="24"/>
        </w:rPr>
        <w:t>Lord may the actions of my wallet show</w:t>
      </w:r>
      <w:r w:rsidR="00FE1E0E">
        <w:rPr>
          <w:sz w:val="24"/>
          <w:szCs w:val="24"/>
        </w:rPr>
        <w:t xml:space="preserve"> that my treasure is with you. Remind me of how </w:t>
      </w:r>
      <w:r w:rsidR="00922A54">
        <w:rPr>
          <w:sz w:val="24"/>
          <w:szCs w:val="24"/>
        </w:rPr>
        <w:t>amazing our faith is and how we can accomplish so much when we come together.</w:t>
      </w:r>
    </w:p>
    <w:p w14:paraId="2AA68189" w14:textId="77777777" w:rsidR="00F262B1" w:rsidRDefault="00F262B1" w:rsidP="00F262B1">
      <w:pPr>
        <w:pStyle w:val="NoSpacing"/>
        <w:rPr>
          <w:sz w:val="24"/>
          <w:szCs w:val="24"/>
        </w:rPr>
      </w:pPr>
    </w:p>
    <w:p w14:paraId="2C8225DE" w14:textId="51443528" w:rsidR="00F262B1" w:rsidRDefault="00F262B1" w:rsidP="00D50FF5">
      <w:pPr>
        <w:pStyle w:val="NoSpacing"/>
        <w:rPr>
          <w:sz w:val="24"/>
          <w:szCs w:val="24"/>
        </w:rPr>
      </w:pPr>
      <w:r w:rsidRPr="00DE09FD">
        <w:rPr>
          <w:i/>
          <w:iCs/>
          <w:sz w:val="24"/>
          <w:szCs w:val="24"/>
        </w:rPr>
        <w:t>Today’s Recommendation Action</w:t>
      </w:r>
      <w:r>
        <w:rPr>
          <w:sz w:val="24"/>
          <w:szCs w:val="24"/>
        </w:rPr>
        <w:t xml:space="preserve">: </w:t>
      </w:r>
      <w:r w:rsidR="00922A54">
        <w:rPr>
          <w:sz w:val="24"/>
          <w:szCs w:val="24"/>
        </w:rPr>
        <w:t>Think on what makes something a treasure for you…for your family.</w:t>
      </w:r>
    </w:p>
    <w:p w14:paraId="71E38D79" w14:textId="77777777" w:rsidR="00F262B1" w:rsidRDefault="00F262B1" w:rsidP="00D50FF5">
      <w:pPr>
        <w:pStyle w:val="NoSpacing"/>
        <w:rPr>
          <w:sz w:val="24"/>
          <w:szCs w:val="24"/>
        </w:rPr>
      </w:pPr>
    </w:p>
    <w:p w14:paraId="71A6A3B3" w14:textId="31348CE3" w:rsidR="00DE09FD" w:rsidRDefault="00DE09FD" w:rsidP="00D50FF5">
      <w:pPr>
        <w:pStyle w:val="NoSpacing"/>
        <w:rPr>
          <w:sz w:val="24"/>
          <w:szCs w:val="24"/>
        </w:rPr>
      </w:pPr>
      <w:r>
        <w:rPr>
          <w:sz w:val="24"/>
          <w:szCs w:val="24"/>
        </w:rPr>
        <w:t xml:space="preserve">Notes: </w:t>
      </w:r>
    </w:p>
    <w:p w14:paraId="1AB61BBD" w14:textId="7B142567" w:rsidR="00DE09FD" w:rsidRDefault="00DE09FD">
      <w:pPr>
        <w:rPr>
          <w:sz w:val="24"/>
          <w:szCs w:val="24"/>
        </w:rPr>
      </w:pPr>
      <w:r>
        <w:rPr>
          <w:sz w:val="24"/>
          <w:szCs w:val="24"/>
        </w:rPr>
        <w:t>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4BAD3325" w14:textId="77777777" w:rsidR="00D67BFC" w:rsidRDefault="00D67BFC"/>
    <w:p w14:paraId="43CAAB42" w14:textId="561FBD83" w:rsidR="00DE09FD" w:rsidRDefault="00DE09FD" w:rsidP="00D50FF5">
      <w:pPr>
        <w:pStyle w:val="NoSpacing"/>
        <w:rPr>
          <w:sz w:val="24"/>
          <w:szCs w:val="24"/>
        </w:rPr>
      </w:pPr>
    </w:p>
    <w:p w14:paraId="23E661ED" w14:textId="77777777" w:rsidR="00DE09FD" w:rsidRDefault="00DE09FD" w:rsidP="00D50FF5">
      <w:pPr>
        <w:pStyle w:val="NoSpacing"/>
        <w:rPr>
          <w:sz w:val="24"/>
          <w:szCs w:val="24"/>
        </w:rPr>
      </w:pPr>
    </w:p>
    <w:p w14:paraId="5D9CEB60" w14:textId="77777777" w:rsidR="00D67BFC" w:rsidRDefault="00D67BFC" w:rsidP="00D50FF5">
      <w:pPr>
        <w:pStyle w:val="NoSpacing"/>
        <w:rPr>
          <w:sz w:val="24"/>
          <w:szCs w:val="24"/>
        </w:rPr>
      </w:pPr>
    </w:p>
    <w:p w14:paraId="4B8EB7B3" w14:textId="77777777" w:rsidR="00DE09FD" w:rsidRDefault="00DE09FD" w:rsidP="00D50FF5">
      <w:pPr>
        <w:pStyle w:val="NoSpacing"/>
        <w:rPr>
          <w:sz w:val="24"/>
          <w:szCs w:val="24"/>
        </w:rPr>
      </w:pPr>
    </w:p>
    <w:p w14:paraId="3FA5C913" w14:textId="77777777" w:rsidR="00DE09FD" w:rsidRPr="00BC39A1" w:rsidRDefault="00DE09FD" w:rsidP="00D50FF5">
      <w:pPr>
        <w:pStyle w:val="NoSpacing"/>
        <w:rPr>
          <w:sz w:val="24"/>
          <w:szCs w:val="24"/>
        </w:rPr>
      </w:pPr>
    </w:p>
    <w:p w14:paraId="50F66174" w14:textId="77777777" w:rsidR="0093705E" w:rsidRDefault="0093705E"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C2A91A" w14:textId="17A9322B" w:rsidR="00B32CE3" w:rsidRPr="00F262B1" w:rsidRDefault="00BA1464" w:rsidP="00D50FF5">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19: I give to make a difference.</w:t>
      </w:r>
    </w:p>
    <w:p w14:paraId="7F293E15" w14:textId="7CDFA5AB" w:rsidR="00D43A89" w:rsidRDefault="004565DC" w:rsidP="00D50FF5">
      <w:pPr>
        <w:pStyle w:val="NoSpacing"/>
        <w:rPr>
          <w:sz w:val="24"/>
          <w:szCs w:val="24"/>
        </w:rPr>
      </w:pPr>
      <w:r w:rsidRPr="004565DC">
        <w:rPr>
          <w:sz w:val="24"/>
          <w:szCs w:val="24"/>
        </w:rPr>
        <w:t>Suppose a brother or a sister is without clothes and daily food. If one of you says to them, “Go in peace; keep warm and well fed,” but does nothing about their physical needs, what good is it? In the same way, faith by itself, if it is not accompanied by action, is dead.</w:t>
      </w:r>
    </w:p>
    <w:p w14:paraId="1BDE3692" w14:textId="33A8E9E1" w:rsidR="00B32CE3" w:rsidRPr="00BC39A1" w:rsidRDefault="00D43A89" w:rsidP="00D43A89">
      <w:pPr>
        <w:pStyle w:val="NoSpacing"/>
        <w:ind w:left="5040" w:firstLine="720"/>
        <w:rPr>
          <w:sz w:val="24"/>
          <w:szCs w:val="24"/>
        </w:rPr>
      </w:pPr>
      <w:r>
        <w:rPr>
          <w:sz w:val="24"/>
          <w:szCs w:val="24"/>
        </w:rPr>
        <w:t xml:space="preserve">~ </w:t>
      </w:r>
      <w:r w:rsidR="00BA1464" w:rsidRPr="00BC39A1">
        <w:rPr>
          <w:sz w:val="24"/>
          <w:szCs w:val="24"/>
        </w:rPr>
        <w:t>James 2:15-17</w:t>
      </w:r>
      <w:r>
        <w:rPr>
          <w:sz w:val="24"/>
          <w:szCs w:val="24"/>
        </w:rPr>
        <w:t xml:space="preserve"> (NIV)</w:t>
      </w:r>
    </w:p>
    <w:p w14:paraId="2BB2DA47" w14:textId="77777777" w:rsidR="00D43A89" w:rsidRDefault="00D43A89" w:rsidP="00D50FF5">
      <w:pPr>
        <w:pStyle w:val="NoSpacing"/>
        <w:rPr>
          <w:sz w:val="24"/>
          <w:szCs w:val="24"/>
        </w:rPr>
      </w:pPr>
    </w:p>
    <w:p w14:paraId="7DF160A3" w14:textId="02204990" w:rsidR="001D4AAA" w:rsidRDefault="001D4AAA" w:rsidP="00D50FF5">
      <w:pPr>
        <w:pStyle w:val="NoSpacing"/>
        <w:rPr>
          <w:sz w:val="24"/>
          <w:szCs w:val="24"/>
        </w:rPr>
      </w:pPr>
      <w:r w:rsidRPr="00DE09FD">
        <w:rPr>
          <w:i/>
          <w:iCs/>
          <w:sz w:val="24"/>
          <w:szCs w:val="24"/>
        </w:rPr>
        <w:t>Reflection</w:t>
      </w:r>
      <w:r>
        <w:rPr>
          <w:sz w:val="24"/>
          <w:szCs w:val="24"/>
        </w:rPr>
        <w:t xml:space="preserve">: </w:t>
      </w:r>
    </w:p>
    <w:p w14:paraId="36E036A3" w14:textId="6DB61931" w:rsidR="00B32CE3" w:rsidRPr="00BC39A1" w:rsidRDefault="00BA1464" w:rsidP="00D50FF5">
      <w:pPr>
        <w:pStyle w:val="NoSpacing"/>
        <w:rPr>
          <w:sz w:val="24"/>
          <w:szCs w:val="24"/>
        </w:rPr>
      </w:pPr>
      <w:r w:rsidRPr="00BC39A1">
        <w:rPr>
          <w:sz w:val="24"/>
          <w:szCs w:val="24"/>
        </w:rPr>
        <w:t>Faith without action is dead. Giving is one way we live out our faith and make a tangible impact.</w:t>
      </w:r>
    </w:p>
    <w:p w14:paraId="36797CD0" w14:textId="77777777" w:rsidR="001D4AAA" w:rsidRDefault="001D4AAA" w:rsidP="00D50FF5">
      <w:pPr>
        <w:pStyle w:val="NoSpacing"/>
        <w:rPr>
          <w:sz w:val="24"/>
          <w:szCs w:val="24"/>
        </w:rPr>
      </w:pPr>
    </w:p>
    <w:p w14:paraId="2577AC23" w14:textId="7B138245" w:rsidR="001D4AAA" w:rsidRDefault="00BA1464" w:rsidP="00D50FF5">
      <w:pPr>
        <w:pStyle w:val="NoSpacing"/>
        <w:rPr>
          <w:sz w:val="24"/>
          <w:szCs w:val="24"/>
        </w:rPr>
      </w:pPr>
      <w:r w:rsidRPr="00DE09FD">
        <w:rPr>
          <w:i/>
          <w:iCs/>
          <w:sz w:val="24"/>
          <w:szCs w:val="24"/>
        </w:rPr>
        <w:t>Reflection Question</w:t>
      </w:r>
      <w:r w:rsidRPr="00BC39A1">
        <w:rPr>
          <w:sz w:val="24"/>
          <w:szCs w:val="24"/>
        </w:rPr>
        <w:t xml:space="preserve">: </w:t>
      </w:r>
    </w:p>
    <w:p w14:paraId="529CDC83" w14:textId="7A4ADFC6" w:rsidR="00B32CE3" w:rsidRDefault="00BA1464" w:rsidP="00D50FF5">
      <w:pPr>
        <w:pStyle w:val="NoSpacing"/>
        <w:rPr>
          <w:sz w:val="24"/>
          <w:szCs w:val="24"/>
        </w:rPr>
      </w:pPr>
      <w:r w:rsidRPr="00BC39A1">
        <w:rPr>
          <w:sz w:val="24"/>
          <w:szCs w:val="24"/>
        </w:rPr>
        <w:t>Where do you see your giving making a difference?</w:t>
      </w:r>
    </w:p>
    <w:p w14:paraId="4F851C8F" w14:textId="77777777" w:rsidR="00F262B1" w:rsidRDefault="00F262B1" w:rsidP="00D50FF5">
      <w:pPr>
        <w:pStyle w:val="NoSpacing"/>
        <w:rPr>
          <w:sz w:val="24"/>
          <w:szCs w:val="24"/>
        </w:rPr>
      </w:pPr>
    </w:p>
    <w:p w14:paraId="6864078D" w14:textId="102DAC8F" w:rsidR="00F262B1" w:rsidRDefault="00F262B1" w:rsidP="00F262B1">
      <w:pPr>
        <w:pStyle w:val="NoSpacing"/>
        <w:rPr>
          <w:sz w:val="24"/>
          <w:szCs w:val="24"/>
        </w:rPr>
      </w:pPr>
      <w:r w:rsidRPr="00DE09FD">
        <w:rPr>
          <w:i/>
          <w:iCs/>
          <w:sz w:val="24"/>
          <w:szCs w:val="24"/>
        </w:rPr>
        <w:t>Prayer</w:t>
      </w:r>
      <w:r>
        <w:rPr>
          <w:sz w:val="24"/>
          <w:szCs w:val="24"/>
        </w:rPr>
        <w:t xml:space="preserve">: </w:t>
      </w:r>
      <w:r w:rsidR="00DE09FD">
        <w:rPr>
          <w:sz w:val="24"/>
          <w:szCs w:val="24"/>
        </w:rPr>
        <w:t xml:space="preserve">Open my eyes to the ways that I can </w:t>
      </w:r>
      <w:r w:rsidR="001809AE">
        <w:rPr>
          <w:sz w:val="24"/>
          <w:szCs w:val="24"/>
        </w:rPr>
        <w:t>have influence</w:t>
      </w:r>
      <w:r w:rsidR="00DE09FD">
        <w:rPr>
          <w:sz w:val="24"/>
          <w:szCs w:val="24"/>
        </w:rPr>
        <w:t xml:space="preserve"> today in the people I interact with. </w:t>
      </w:r>
    </w:p>
    <w:p w14:paraId="6082AA2D" w14:textId="77777777" w:rsidR="00F262B1" w:rsidRDefault="00F262B1" w:rsidP="00F262B1">
      <w:pPr>
        <w:pStyle w:val="NoSpacing"/>
        <w:rPr>
          <w:sz w:val="24"/>
          <w:szCs w:val="24"/>
        </w:rPr>
      </w:pPr>
    </w:p>
    <w:p w14:paraId="0FC76727" w14:textId="3C63444E" w:rsidR="00F262B1" w:rsidRDefault="00F262B1" w:rsidP="00F262B1">
      <w:pPr>
        <w:pStyle w:val="NoSpacing"/>
        <w:rPr>
          <w:sz w:val="24"/>
          <w:szCs w:val="24"/>
        </w:rPr>
      </w:pPr>
      <w:r w:rsidRPr="00DE09FD">
        <w:rPr>
          <w:i/>
          <w:iCs/>
          <w:sz w:val="24"/>
          <w:szCs w:val="24"/>
        </w:rPr>
        <w:t>Today’s Recommendation Action</w:t>
      </w:r>
      <w:r>
        <w:rPr>
          <w:sz w:val="24"/>
          <w:szCs w:val="24"/>
        </w:rPr>
        <w:t xml:space="preserve">: </w:t>
      </w:r>
      <w:r w:rsidR="00DE09FD">
        <w:rPr>
          <w:sz w:val="24"/>
          <w:szCs w:val="24"/>
        </w:rPr>
        <w:t xml:space="preserve">Find someone today that can use a word of encouragement or send a note of encouragement. </w:t>
      </w:r>
    </w:p>
    <w:p w14:paraId="073F0EC8" w14:textId="77777777" w:rsidR="00DE09FD" w:rsidRDefault="00DE09FD" w:rsidP="00F262B1">
      <w:pPr>
        <w:pStyle w:val="NoSpacing"/>
        <w:rPr>
          <w:sz w:val="24"/>
          <w:szCs w:val="24"/>
        </w:rPr>
      </w:pPr>
    </w:p>
    <w:p w14:paraId="7ECA25D5" w14:textId="303FFF9F" w:rsidR="00DE09FD" w:rsidRDefault="00DE09FD" w:rsidP="00F262B1">
      <w:pPr>
        <w:pStyle w:val="NoSpacing"/>
        <w:rPr>
          <w:sz w:val="24"/>
          <w:szCs w:val="24"/>
        </w:rPr>
      </w:pPr>
      <w:r>
        <w:rPr>
          <w:sz w:val="24"/>
          <w:szCs w:val="24"/>
        </w:rPr>
        <w:t xml:space="preserve">Notes: </w:t>
      </w:r>
    </w:p>
    <w:p w14:paraId="274F12EF" w14:textId="3847DB8F" w:rsidR="00F262B1" w:rsidRDefault="00DE09FD" w:rsidP="00D50FF5">
      <w:pPr>
        <w:pStyle w:val="NoSpacing"/>
        <w:rPr>
          <w:sz w:val="24"/>
          <w:szCs w:val="24"/>
        </w:rPr>
      </w:pPr>
      <w:r>
        <w:rPr>
          <w:sz w:val="24"/>
          <w:szCs w:val="24"/>
        </w:rPr>
        <w:t>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5EFF3FFB" w14:textId="77777777" w:rsidR="00F262B1" w:rsidRPr="00BC39A1" w:rsidRDefault="00F262B1" w:rsidP="00D50FF5">
      <w:pPr>
        <w:pStyle w:val="NoSpacing"/>
        <w:rPr>
          <w:sz w:val="24"/>
          <w:szCs w:val="24"/>
        </w:rPr>
      </w:pPr>
    </w:p>
    <w:p w14:paraId="66C46A80" w14:textId="43537A87" w:rsidR="00B32CE3" w:rsidRPr="00F262B1" w:rsidRDefault="00BA1464" w:rsidP="00F262B1">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Day 20: Stewardship is about trust and obedience, not transaction.</w:t>
      </w:r>
    </w:p>
    <w:p w14:paraId="1B8D84B8" w14:textId="25132E6D" w:rsidR="002305D0" w:rsidRDefault="00215E13" w:rsidP="00215E13">
      <w:pPr>
        <w:pStyle w:val="NoSpacing"/>
        <w:rPr>
          <w:sz w:val="24"/>
          <w:szCs w:val="24"/>
        </w:rPr>
      </w:pPr>
      <w:r w:rsidRPr="00215E13">
        <w:rPr>
          <w:sz w:val="24"/>
          <w:szCs w:val="24"/>
        </w:rPr>
        <w:t>Those who trust in their riches will fall,</w:t>
      </w:r>
      <w:r>
        <w:rPr>
          <w:sz w:val="24"/>
          <w:szCs w:val="24"/>
        </w:rPr>
        <w:t xml:space="preserve"> </w:t>
      </w:r>
      <w:r w:rsidRPr="00215E13">
        <w:rPr>
          <w:sz w:val="24"/>
          <w:szCs w:val="24"/>
        </w:rPr>
        <w:t>but the righteous will thrive like a green leaf.</w:t>
      </w:r>
    </w:p>
    <w:p w14:paraId="18369355" w14:textId="5B3C24AC" w:rsidR="00B32CE3" w:rsidRDefault="002305D0" w:rsidP="00215E13">
      <w:pPr>
        <w:pStyle w:val="NoSpacing"/>
        <w:ind w:left="5040" w:firstLine="720"/>
        <w:rPr>
          <w:sz w:val="24"/>
          <w:szCs w:val="24"/>
        </w:rPr>
      </w:pPr>
      <w:r>
        <w:rPr>
          <w:sz w:val="24"/>
          <w:szCs w:val="24"/>
        </w:rPr>
        <w:t xml:space="preserve">~ </w:t>
      </w:r>
      <w:r w:rsidR="00BA1464" w:rsidRPr="00BC39A1">
        <w:rPr>
          <w:sz w:val="24"/>
          <w:szCs w:val="24"/>
        </w:rPr>
        <w:t>Proverbs 11:28</w:t>
      </w:r>
      <w:r>
        <w:rPr>
          <w:sz w:val="24"/>
          <w:szCs w:val="24"/>
        </w:rPr>
        <w:t xml:space="preserve"> (NIV)</w:t>
      </w:r>
    </w:p>
    <w:p w14:paraId="602CD191" w14:textId="77777777" w:rsidR="00215E13" w:rsidRDefault="00215E13" w:rsidP="00215E13">
      <w:pPr>
        <w:pStyle w:val="NoSpacing"/>
        <w:rPr>
          <w:sz w:val="24"/>
          <w:szCs w:val="24"/>
        </w:rPr>
      </w:pPr>
    </w:p>
    <w:p w14:paraId="10FAD1D3" w14:textId="24E16736" w:rsidR="00215E13" w:rsidRPr="00BC39A1" w:rsidRDefault="00215E13" w:rsidP="00215E13">
      <w:pPr>
        <w:pStyle w:val="NoSpacing"/>
        <w:rPr>
          <w:sz w:val="24"/>
          <w:szCs w:val="24"/>
        </w:rPr>
      </w:pPr>
      <w:r w:rsidRPr="0091739B">
        <w:rPr>
          <w:i/>
          <w:iCs/>
          <w:sz w:val="24"/>
          <w:szCs w:val="24"/>
        </w:rPr>
        <w:t>Reflection</w:t>
      </w:r>
      <w:r>
        <w:rPr>
          <w:sz w:val="24"/>
          <w:szCs w:val="24"/>
        </w:rPr>
        <w:t xml:space="preserve">: </w:t>
      </w:r>
    </w:p>
    <w:p w14:paraId="00BEEDC3" w14:textId="74965EE4" w:rsidR="00B32CE3" w:rsidRPr="001D4AAA" w:rsidRDefault="00BA1464" w:rsidP="00F262B1">
      <w:pPr>
        <w:pStyle w:val="NoSpacing"/>
        <w:rPr>
          <w:sz w:val="24"/>
          <w:szCs w:val="24"/>
        </w:rPr>
      </w:pPr>
      <w:r w:rsidRPr="001D4AAA">
        <w:rPr>
          <w:sz w:val="24"/>
          <w:szCs w:val="24"/>
        </w:rPr>
        <w:t xml:space="preserve">We don’t give to get—we give because we trust God and know that obedience demonstrates our trust. Stewardship is rooted in </w:t>
      </w:r>
      <w:r w:rsidR="001809AE" w:rsidRPr="001D4AAA">
        <w:rPr>
          <w:sz w:val="24"/>
          <w:szCs w:val="24"/>
        </w:rPr>
        <w:t>relationships</w:t>
      </w:r>
      <w:r w:rsidRPr="001D4AAA">
        <w:rPr>
          <w:sz w:val="24"/>
          <w:szCs w:val="24"/>
        </w:rPr>
        <w:t xml:space="preserve">, </w:t>
      </w:r>
      <w:r w:rsidR="001809AE" w:rsidRPr="001D4AAA">
        <w:rPr>
          <w:sz w:val="24"/>
          <w:szCs w:val="24"/>
        </w:rPr>
        <w:t>trust,</w:t>
      </w:r>
      <w:r w:rsidRPr="001D4AAA">
        <w:rPr>
          <w:sz w:val="24"/>
          <w:szCs w:val="24"/>
        </w:rPr>
        <w:t xml:space="preserve"> and obedience not reward.</w:t>
      </w:r>
    </w:p>
    <w:p w14:paraId="3F77405F" w14:textId="77777777" w:rsidR="00215E13" w:rsidRDefault="00215E13" w:rsidP="00F262B1">
      <w:pPr>
        <w:pStyle w:val="NoSpacing"/>
        <w:rPr>
          <w:sz w:val="24"/>
          <w:szCs w:val="24"/>
        </w:rPr>
      </w:pPr>
    </w:p>
    <w:p w14:paraId="67DFAB43" w14:textId="77777777" w:rsidR="005B1334" w:rsidRDefault="00BA1464" w:rsidP="00F262B1">
      <w:pPr>
        <w:pStyle w:val="NoSpacing"/>
        <w:rPr>
          <w:sz w:val="24"/>
          <w:szCs w:val="24"/>
        </w:rPr>
      </w:pPr>
      <w:r w:rsidRPr="0091739B">
        <w:rPr>
          <w:i/>
          <w:iCs/>
          <w:sz w:val="24"/>
          <w:szCs w:val="24"/>
        </w:rPr>
        <w:t>Reflection Question</w:t>
      </w:r>
      <w:r w:rsidRPr="00BC39A1">
        <w:rPr>
          <w:sz w:val="24"/>
          <w:szCs w:val="24"/>
        </w:rPr>
        <w:t>:</w:t>
      </w:r>
    </w:p>
    <w:p w14:paraId="37B40910" w14:textId="0ABA1CBC" w:rsidR="00B32CE3" w:rsidRDefault="00BA1464" w:rsidP="00F262B1">
      <w:pPr>
        <w:pStyle w:val="NoSpacing"/>
        <w:rPr>
          <w:sz w:val="24"/>
          <w:szCs w:val="24"/>
        </w:rPr>
      </w:pPr>
      <w:r w:rsidRPr="00BC39A1">
        <w:rPr>
          <w:sz w:val="24"/>
          <w:szCs w:val="24"/>
        </w:rPr>
        <w:t>How does your giving reflect your trust in God rather than expectation of return?</w:t>
      </w:r>
    </w:p>
    <w:p w14:paraId="1B174496" w14:textId="77777777" w:rsidR="00F262B1" w:rsidRDefault="00F262B1" w:rsidP="00F262B1">
      <w:pPr>
        <w:pStyle w:val="NoSpacing"/>
        <w:rPr>
          <w:sz w:val="24"/>
          <w:szCs w:val="24"/>
        </w:rPr>
      </w:pPr>
    </w:p>
    <w:p w14:paraId="0206514C" w14:textId="3366E825" w:rsidR="00F262B1" w:rsidRDefault="00F262B1" w:rsidP="00F262B1">
      <w:pPr>
        <w:pStyle w:val="NoSpacing"/>
        <w:rPr>
          <w:sz w:val="24"/>
          <w:szCs w:val="24"/>
        </w:rPr>
      </w:pPr>
      <w:r w:rsidRPr="0091739B">
        <w:rPr>
          <w:i/>
          <w:iCs/>
          <w:sz w:val="24"/>
          <w:szCs w:val="24"/>
        </w:rPr>
        <w:t>Prayer</w:t>
      </w:r>
      <w:r>
        <w:rPr>
          <w:sz w:val="24"/>
          <w:szCs w:val="24"/>
        </w:rPr>
        <w:t xml:space="preserve">: </w:t>
      </w:r>
      <w:r w:rsidR="0091739B">
        <w:rPr>
          <w:sz w:val="24"/>
          <w:szCs w:val="24"/>
        </w:rPr>
        <w:t xml:space="preserve">Loving God thank you for all my blessings. Help me remember the source of these blessings and respond accordingly. </w:t>
      </w:r>
    </w:p>
    <w:p w14:paraId="4769917F" w14:textId="77777777" w:rsidR="00F262B1" w:rsidRDefault="00F262B1" w:rsidP="00F262B1">
      <w:pPr>
        <w:pStyle w:val="NoSpacing"/>
        <w:rPr>
          <w:sz w:val="24"/>
          <w:szCs w:val="24"/>
        </w:rPr>
      </w:pPr>
    </w:p>
    <w:p w14:paraId="37FF9A85" w14:textId="7834FB8C" w:rsidR="00F262B1" w:rsidRDefault="00F262B1" w:rsidP="00F262B1">
      <w:pPr>
        <w:pStyle w:val="NoSpacing"/>
        <w:rPr>
          <w:sz w:val="24"/>
          <w:szCs w:val="24"/>
        </w:rPr>
      </w:pPr>
      <w:r w:rsidRPr="0091739B">
        <w:rPr>
          <w:i/>
          <w:iCs/>
          <w:sz w:val="24"/>
          <w:szCs w:val="24"/>
        </w:rPr>
        <w:t>Today’s Recommendation Action</w:t>
      </w:r>
      <w:r>
        <w:rPr>
          <w:sz w:val="24"/>
          <w:szCs w:val="24"/>
        </w:rPr>
        <w:t xml:space="preserve">: </w:t>
      </w:r>
      <w:r w:rsidR="0091739B">
        <w:rPr>
          <w:sz w:val="24"/>
          <w:szCs w:val="24"/>
        </w:rPr>
        <w:t>Write a prayer of praise for a blessing in your life.</w:t>
      </w:r>
    </w:p>
    <w:p w14:paraId="41DFC42F" w14:textId="77777777" w:rsidR="0091739B" w:rsidRDefault="0091739B" w:rsidP="00F262B1">
      <w:pPr>
        <w:pStyle w:val="NoSpacing"/>
        <w:rPr>
          <w:sz w:val="24"/>
          <w:szCs w:val="24"/>
        </w:rPr>
      </w:pPr>
    </w:p>
    <w:p w14:paraId="0BE34EFD" w14:textId="55D87041" w:rsidR="0091739B" w:rsidRDefault="0091739B" w:rsidP="00F262B1">
      <w:pPr>
        <w:pStyle w:val="NoSpacing"/>
        <w:rPr>
          <w:sz w:val="24"/>
          <w:szCs w:val="24"/>
        </w:rPr>
      </w:pPr>
      <w:r>
        <w:rPr>
          <w:sz w:val="24"/>
          <w:szCs w:val="24"/>
        </w:rPr>
        <w:t>Notes: __________________________________________________________________________________________________________________________________________________________________________________________________</w:t>
      </w:r>
      <w:r w:rsidR="00D67BFC">
        <w:rPr>
          <w:sz w:val="24"/>
          <w:szCs w:val="24"/>
        </w:rPr>
        <w:t>________________</w:t>
      </w:r>
    </w:p>
    <w:p w14:paraId="5F676A05" w14:textId="77777777" w:rsidR="00F262B1" w:rsidRDefault="00F262B1" w:rsidP="00F262B1">
      <w:pPr>
        <w:pStyle w:val="NoSpacing"/>
        <w:rPr>
          <w:sz w:val="24"/>
          <w:szCs w:val="24"/>
        </w:rPr>
      </w:pPr>
    </w:p>
    <w:p w14:paraId="1AFCC2CA" w14:textId="77777777" w:rsidR="0093705E" w:rsidRDefault="0093705E" w:rsidP="00F262B1">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0CC7FA3" w14:textId="1688D915" w:rsidR="00B32CE3" w:rsidRPr="00F262B1" w:rsidRDefault="00BA1464" w:rsidP="00F262B1">
      <w:pPr>
        <w:pStyle w:val="NoSpacing"/>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62B1">
        <w:rPr>
          <w:b/>
          <w:noProof/>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Day 21: I pledge with a heart full of hope.</w:t>
      </w:r>
    </w:p>
    <w:p w14:paraId="42DFC17A" w14:textId="4E692C8E" w:rsidR="00F262B1" w:rsidRPr="00D84A79" w:rsidRDefault="002305D0" w:rsidP="00F262B1">
      <w:pPr>
        <w:pStyle w:val="NoSpacing"/>
      </w:pPr>
      <w:r w:rsidRPr="00D84A79">
        <w:t>May the God of hope fill you with all joy and peace as you trust in him, so that you may overflow with hope by the power of the Holy Spirit.</w:t>
      </w:r>
    </w:p>
    <w:p w14:paraId="10494079" w14:textId="0798FB46" w:rsidR="00B32CE3" w:rsidRPr="00D84A79" w:rsidRDefault="00F262B1" w:rsidP="00F262B1">
      <w:pPr>
        <w:pStyle w:val="NoSpacing"/>
        <w:ind w:left="5760"/>
      </w:pPr>
      <w:r w:rsidRPr="00D84A79">
        <w:t xml:space="preserve">~ </w:t>
      </w:r>
      <w:r w:rsidR="00BA1464" w:rsidRPr="00D84A79">
        <w:t>Romans 15:13</w:t>
      </w:r>
      <w:r w:rsidRPr="00D84A79">
        <w:t xml:space="preserve"> (NIV)</w:t>
      </w:r>
    </w:p>
    <w:p w14:paraId="45242A61" w14:textId="77777777" w:rsidR="00F262B1" w:rsidRPr="00D84A79" w:rsidRDefault="00F262B1" w:rsidP="00F262B1">
      <w:pPr>
        <w:pStyle w:val="NoSpacing"/>
      </w:pPr>
    </w:p>
    <w:p w14:paraId="653B1488" w14:textId="115AA67A" w:rsidR="00B32CE3" w:rsidRPr="00D84A79" w:rsidRDefault="00F262B1" w:rsidP="00F262B1">
      <w:pPr>
        <w:pStyle w:val="NoSpacing"/>
      </w:pPr>
      <w:r w:rsidRPr="00D84A79">
        <w:rPr>
          <w:i/>
          <w:iCs/>
        </w:rPr>
        <w:t>Reflection</w:t>
      </w:r>
      <w:r w:rsidRPr="00D84A79">
        <w:t xml:space="preserve">: </w:t>
      </w:r>
      <w:r w:rsidR="00BA1464" w:rsidRPr="00D84A79">
        <w:t>Hope fuels our generosity. We give believing that God will use our gifts to bring light and life.</w:t>
      </w:r>
    </w:p>
    <w:p w14:paraId="0800DB46" w14:textId="77777777" w:rsidR="00F262B1" w:rsidRPr="00D84A79" w:rsidRDefault="00F262B1" w:rsidP="00F262B1">
      <w:pPr>
        <w:pStyle w:val="NoSpacing"/>
      </w:pPr>
    </w:p>
    <w:p w14:paraId="268F968D" w14:textId="5DB15230" w:rsidR="00B32CE3" w:rsidRPr="00D84A79" w:rsidRDefault="00BA1464" w:rsidP="00F262B1">
      <w:pPr>
        <w:pStyle w:val="NoSpacing"/>
      </w:pPr>
      <w:r w:rsidRPr="00D84A79">
        <w:rPr>
          <w:i/>
          <w:iCs/>
        </w:rPr>
        <w:t>Reflection Question</w:t>
      </w:r>
      <w:r w:rsidRPr="00D84A79">
        <w:t>: What are you hoping God will do through your pledge?</w:t>
      </w:r>
    </w:p>
    <w:p w14:paraId="60A8EF0D" w14:textId="77777777" w:rsidR="00F262B1" w:rsidRPr="00D84A79" w:rsidRDefault="00F262B1" w:rsidP="00F262B1">
      <w:pPr>
        <w:pStyle w:val="NoSpacing"/>
      </w:pPr>
    </w:p>
    <w:p w14:paraId="6D65ED3B" w14:textId="2653A281" w:rsidR="001D4AAA" w:rsidRPr="00D84A79" w:rsidRDefault="00F262B1" w:rsidP="00F262B1">
      <w:pPr>
        <w:pStyle w:val="NoSpacing"/>
      </w:pPr>
      <w:r w:rsidRPr="00D84A79">
        <w:rPr>
          <w:i/>
          <w:iCs/>
        </w:rPr>
        <w:t>Prayer</w:t>
      </w:r>
      <w:r w:rsidRPr="00D84A79">
        <w:t xml:space="preserve">: </w:t>
      </w:r>
      <w:r w:rsidR="0091739B" w:rsidRPr="00D84A79">
        <w:t xml:space="preserve">Thank you for all you have revealed to me this stewardship season. Though some days were challenging, they all served a purpose. By working together, we have a greater impact. We work together to follow your commands and lift each other up. As we complete this season, help us fix our eyes on you and tune our ears to your path. </w:t>
      </w:r>
    </w:p>
    <w:p w14:paraId="7443B3C8" w14:textId="77777777" w:rsidR="00F262B1" w:rsidRPr="00D84A79" w:rsidRDefault="00F262B1" w:rsidP="00F262B1">
      <w:pPr>
        <w:pStyle w:val="NoSpacing"/>
      </w:pPr>
    </w:p>
    <w:p w14:paraId="6454EE06" w14:textId="7CF15AC3" w:rsidR="00F262B1" w:rsidRPr="00D84A79" w:rsidRDefault="00F262B1" w:rsidP="00F262B1">
      <w:pPr>
        <w:pStyle w:val="NoSpacing"/>
      </w:pPr>
      <w:r w:rsidRPr="00D84A79">
        <w:rPr>
          <w:i/>
          <w:iCs/>
        </w:rPr>
        <w:t>Today’s Recommendation Action</w:t>
      </w:r>
      <w:r w:rsidRPr="00D84A79">
        <w:t xml:space="preserve">: </w:t>
      </w:r>
      <w:r w:rsidR="0091739B" w:rsidRPr="00D84A79">
        <w:t>Prayerfully consider filling out the pledge card and return to church for dedication Sunday. Thank you for your</w:t>
      </w:r>
      <w:r w:rsidR="00771C67">
        <w:t xml:space="preserve"> prayerful consideration. </w:t>
      </w:r>
      <w:r w:rsidR="0091739B" w:rsidRPr="00D84A79">
        <w:t xml:space="preserve"> </w:t>
      </w:r>
    </w:p>
    <w:p w14:paraId="783C9594" w14:textId="77777777" w:rsidR="0091739B" w:rsidRDefault="0091739B" w:rsidP="00F262B1">
      <w:pPr>
        <w:pStyle w:val="NoSpacing"/>
        <w:rPr>
          <w:sz w:val="24"/>
          <w:szCs w:val="24"/>
        </w:rPr>
      </w:pPr>
    </w:p>
    <w:p w14:paraId="34CE3BD7" w14:textId="73935602" w:rsidR="0098323A" w:rsidRPr="0091739B" w:rsidRDefault="00FE61CE" w:rsidP="0091739B">
      <w:pPr>
        <w:pStyle w:val="NoSpacing"/>
        <w:jc w:val="center"/>
        <w:rPr>
          <w:b/>
          <w:bCs/>
          <w:sz w:val="28"/>
          <w:szCs w:val="28"/>
          <w:u w:val="single"/>
        </w:rPr>
      </w:pPr>
      <w:r w:rsidRPr="0091739B">
        <w:rPr>
          <w:b/>
          <w:bCs/>
          <w:sz w:val="28"/>
          <w:szCs w:val="28"/>
          <w:u w:val="single"/>
        </w:rPr>
        <w:t xml:space="preserve">Optional Exercise: Track </w:t>
      </w:r>
      <w:r w:rsidR="001809AE">
        <w:rPr>
          <w:b/>
          <w:bCs/>
          <w:sz w:val="28"/>
          <w:szCs w:val="28"/>
          <w:u w:val="single"/>
        </w:rPr>
        <w:t>Y</w:t>
      </w:r>
      <w:r w:rsidRPr="0091739B">
        <w:rPr>
          <w:b/>
          <w:bCs/>
          <w:sz w:val="28"/>
          <w:szCs w:val="28"/>
          <w:u w:val="single"/>
        </w:rPr>
        <w:t xml:space="preserve">our </w:t>
      </w:r>
      <w:r w:rsidR="001809AE">
        <w:rPr>
          <w:b/>
          <w:bCs/>
          <w:sz w:val="28"/>
          <w:szCs w:val="28"/>
          <w:u w:val="single"/>
        </w:rPr>
        <w:t>S</w:t>
      </w:r>
      <w:r w:rsidR="0098323A" w:rsidRPr="0091739B">
        <w:rPr>
          <w:b/>
          <w:bCs/>
          <w:sz w:val="28"/>
          <w:szCs w:val="28"/>
          <w:u w:val="single"/>
        </w:rPr>
        <w:t>pending</w:t>
      </w:r>
    </w:p>
    <w:p w14:paraId="4DE1D3ED" w14:textId="13CAC8A1" w:rsidR="00D4256A" w:rsidRPr="00D84A79" w:rsidRDefault="00D4256A" w:rsidP="00D4256A">
      <w:pPr>
        <w:pStyle w:val="NoSpacing"/>
      </w:pPr>
      <w:r w:rsidRPr="00D84A79">
        <w:t xml:space="preserve">When we track things, it makes things more real. During </w:t>
      </w:r>
      <w:r w:rsidR="009A5F77" w:rsidRPr="00D84A79">
        <w:t>the month of October, track your spending on the chart below. At the end of each week</w:t>
      </w:r>
      <w:r w:rsidR="00C10E0E" w:rsidRPr="00D84A79">
        <w:t xml:space="preserve">, reflect on what you </w:t>
      </w:r>
      <w:r w:rsidR="001809AE" w:rsidRPr="00D84A79">
        <w:t>spend</w:t>
      </w:r>
      <w:r w:rsidR="00C10E0E" w:rsidRPr="00D84A79">
        <w:t xml:space="preserve"> money on. Ask yourself: </w:t>
      </w:r>
    </w:p>
    <w:p w14:paraId="074D1951" w14:textId="77777777" w:rsidR="0091739B" w:rsidRPr="00D84A79" w:rsidRDefault="0091739B" w:rsidP="00AD2810">
      <w:pPr>
        <w:pStyle w:val="NoSpacing"/>
        <w:numPr>
          <w:ilvl w:val="0"/>
          <w:numId w:val="10"/>
        </w:numPr>
        <w:sectPr w:rsidR="0091739B" w:rsidRPr="00D84A79" w:rsidSect="00D84A79">
          <w:pgSz w:w="12240" w:h="15840"/>
          <w:pgMar w:top="1440" w:right="1440" w:bottom="1440" w:left="1440" w:header="720" w:footer="720" w:gutter="0"/>
          <w:cols w:space="720"/>
          <w:docGrid w:linePitch="360"/>
        </w:sectPr>
      </w:pPr>
    </w:p>
    <w:p w14:paraId="368BE09E" w14:textId="47433F15" w:rsidR="00AD2810" w:rsidRPr="00D84A79" w:rsidRDefault="00AD2810" w:rsidP="00AD2810">
      <w:pPr>
        <w:pStyle w:val="NoSpacing"/>
        <w:numPr>
          <w:ilvl w:val="0"/>
          <w:numId w:val="10"/>
        </w:numPr>
      </w:pPr>
      <w:r w:rsidRPr="00D84A79">
        <w:t>What story does it tell of October for you?</w:t>
      </w:r>
      <w:r w:rsidR="0091739B" w:rsidRPr="00D84A79">
        <w:t xml:space="preserve"> </w:t>
      </w:r>
    </w:p>
    <w:p w14:paraId="2B7B06CF" w14:textId="59DFF389" w:rsidR="00AD2810" w:rsidRPr="00D84A79" w:rsidRDefault="00A62245" w:rsidP="00AD2810">
      <w:pPr>
        <w:pStyle w:val="NoSpacing"/>
        <w:numPr>
          <w:ilvl w:val="0"/>
          <w:numId w:val="10"/>
        </w:numPr>
      </w:pPr>
      <w:r w:rsidRPr="00D84A79">
        <w:t>What stood out for you?</w:t>
      </w:r>
    </w:p>
    <w:p w14:paraId="1EEA1A37" w14:textId="75C8D5DD" w:rsidR="00A62245" w:rsidRPr="00D84A79" w:rsidRDefault="00A62245" w:rsidP="00AD2810">
      <w:pPr>
        <w:pStyle w:val="NoSpacing"/>
        <w:numPr>
          <w:ilvl w:val="0"/>
          <w:numId w:val="10"/>
        </w:numPr>
      </w:pPr>
      <w:r w:rsidRPr="00D84A79">
        <w:t>What would you like to k</w:t>
      </w:r>
      <w:r w:rsidR="00DC0B45" w:rsidRPr="00D84A79">
        <w:t xml:space="preserve">eep the same? </w:t>
      </w:r>
    </w:p>
    <w:p w14:paraId="7CE5FFEE" w14:textId="28069828" w:rsidR="00DC0B45" w:rsidRPr="00D84A79" w:rsidRDefault="00DC0B45" w:rsidP="00AD2810">
      <w:pPr>
        <w:pStyle w:val="NoSpacing"/>
        <w:numPr>
          <w:ilvl w:val="0"/>
          <w:numId w:val="10"/>
        </w:numPr>
      </w:pPr>
      <w:r w:rsidRPr="00D84A79">
        <w:t>What do you want to change or needs to change?</w:t>
      </w:r>
    </w:p>
    <w:p w14:paraId="33D0EF6D" w14:textId="77777777" w:rsidR="00D67BFC" w:rsidRDefault="00D67BFC" w:rsidP="00D4256A">
      <w:pPr>
        <w:pStyle w:val="NoSpacing"/>
        <w:rPr>
          <w:sz w:val="24"/>
          <w:szCs w:val="24"/>
        </w:rPr>
        <w:sectPr w:rsidR="00D67BFC" w:rsidSect="0091739B">
          <w:type w:val="continuous"/>
          <w:pgSz w:w="12240" w:h="15840"/>
          <w:pgMar w:top="1440" w:right="1800" w:bottom="1440" w:left="1800" w:header="720" w:footer="720" w:gutter="0"/>
          <w:cols w:num="2" w:space="720"/>
          <w:docGrid w:linePitch="360"/>
        </w:sectPr>
      </w:pPr>
    </w:p>
    <w:tbl>
      <w:tblPr>
        <w:tblStyle w:val="TableGrid"/>
        <w:tblW w:w="9088" w:type="dxa"/>
        <w:tblLook w:val="04A0" w:firstRow="1" w:lastRow="0" w:firstColumn="1" w:lastColumn="0" w:noHBand="0" w:noVBand="1"/>
      </w:tblPr>
      <w:tblGrid>
        <w:gridCol w:w="1252"/>
        <w:gridCol w:w="1266"/>
        <w:gridCol w:w="1272"/>
        <w:gridCol w:w="1488"/>
        <w:gridCol w:w="1292"/>
        <w:gridCol w:w="1236"/>
        <w:gridCol w:w="1282"/>
      </w:tblGrid>
      <w:tr w:rsidR="00990A49" w14:paraId="7FF2D2D4" w14:textId="77777777" w:rsidTr="0091739B">
        <w:trPr>
          <w:trHeight w:val="131"/>
        </w:trPr>
        <w:tc>
          <w:tcPr>
            <w:tcW w:w="1252" w:type="dxa"/>
          </w:tcPr>
          <w:p w14:paraId="3D134774" w14:textId="02B3F81B" w:rsidR="00D4256A" w:rsidRDefault="00990A49" w:rsidP="0098323A">
            <w:pPr>
              <w:pStyle w:val="NoSpacing"/>
              <w:rPr>
                <w:sz w:val="24"/>
                <w:szCs w:val="24"/>
              </w:rPr>
            </w:pPr>
            <w:r>
              <w:rPr>
                <w:sz w:val="24"/>
                <w:szCs w:val="24"/>
              </w:rPr>
              <w:t>Sunday</w:t>
            </w:r>
          </w:p>
        </w:tc>
        <w:tc>
          <w:tcPr>
            <w:tcW w:w="1266" w:type="dxa"/>
          </w:tcPr>
          <w:p w14:paraId="27A8FD51" w14:textId="5A7C5089" w:rsidR="00D4256A" w:rsidRDefault="00990A49" w:rsidP="0098323A">
            <w:pPr>
              <w:pStyle w:val="NoSpacing"/>
              <w:rPr>
                <w:sz w:val="24"/>
                <w:szCs w:val="24"/>
              </w:rPr>
            </w:pPr>
            <w:r>
              <w:rPr>
                <w:sz w:val="24"/>
                <w:szCs w:val="24"/>
              </w:rPr>
              <w:t>Monday</w:t>
            </w:r>
          </w:p>
        </w:tc>
        <w:tc>
          <w:tcPr>
            <w:tcW w:w="1272" w:type="dxa"/>
          </w:tcPr>
          <w:p w14:paraId="190ACD8B" w14:textId="6C27DBB2" w:rsidR="00D4256A" w:rsidRDefault="00990A49" w:rsidP="0098323A">
            <w:pPr>
              <w:pStyle w:val="NoSpacing"/>
              <w:rPr>
                <w:sz w:val="24"/>
                <w:szCs w:val="24"/>
              </w:rPr>
            </w:pPr>
            <w:r>
              <w:rPr>
                <w:sz w:val="24"/>
                <w:szCs w:val="24"/>
              </w:rPr>
              <w:t>Tuesday</w:t>
            </w:r>
          </w:p>
        </w:tc>
        <w:tc>
          <w:tcPr>
            <w:tcW w:w="1488" w:type="dxa"/>
          </w:tcPr>
          <w:p w14:paraId="4E7BFB0D" w14:textId="20097355" w:rsidR="00D4256A" w:rsidRDefault="00990A49" w:rsidP="0098323A">
            <w:pPr>
              <w:pStyle w:val="NoSpacing"/>
              <w:rPr>
                <w:sz w:val="24"/>
                <w:szCs w:val="24"/>
              </w:rPr>
            </w:pPr>
            <w:r>
              <w:rPr>
                <w:sz w:val="24"/>
                <w:szCs w:val="24"/>
              </w:rPr>
              <w:t>Wednesday</w:t>
            </w:r>
          </w:p>
        </w:tc>
        <w:tc>
          <w:tcPr>
            <w:tcW w:w="1292" w:type="dxa"/>
          </w:tcPr>
          <w:p w14:paraId="055B0C59" w14:textId="728F5755" w:rsidR="00D4256A" w:rsidRDefault="00990A49" w:rsidP="0098323A">
            <w:pPr>
              <w:pStyle w:val="NoSpacing"/>
              <w:rPr>
                <w:sz w:val="24"/>
                <w:szCs w:val="24"/>
              </w:rPr>
            </w:pPr>
            <w:r>
              <w:rPr>
                <w:sz w:val="24"/>
                <w:szCs w:val="24"/>
              </w:rPr>
              <w:t>Thursday</w:t>
            </w:r>
          </w:p>
        </w:tc>
        <w:tc>
          <w:tcPr>
            <w:tcW w:w="1236" w:type="dxa"/>
          </w:tcPr>
          <w:p w14:paraId="10F57805" w14:textId="129F1CBC" w:rsidR="00D4256A" w:rsidRDefault="00990A49" w:rsidP="0098323A">
            <w:pPr>
              <w:pStyle w:val="NoSpacing"/>
              <w:rPr>
                <w:sz w:val="24"/>
                <w:szCs w:val="24"/>
              </w:rPr>
            </w:pPr>
            <w:r>
              <w:rPr>
                <w:sz w:val="24"/>
                <w:szCs w:val="24"/>
              </w:rPr>
              <w:t>Friday</w:t>
            </w:r>
          </w:p>
        </w:tc>
        <w:tc>
          <w:tcPr>
            <w:tcW w:w="1282" w:type="dxa"/>
          </w:tcPr>
          <w:p w14:paraId="340A0872" w14:textId="01365941" w:rsidR="00D4256A" w:rsidRDefault="00990A49" w:rsidP="0098323A">
            <w:pPr>
              <w:pStyle w:val="NoSpacing"/>
              <w:rPr>
                <w:sz w:val="24"/>
                <w:szCs w:val="24"/>
              </w:rPr>
            </w:pPr>
            <w:r>
              <w:rPr>
                <w:sz w:val="24"/>
                <w:szCs w:val="24"/>
              </w:rPr>
              <w:t>Saturday</w:t>
            </w:r>
          </w:p>
        </w:tc>
      </w:tr>
      <w:tr w:rsidR="00990A49" w14:paraId="5DA7C662" w14:textId="77777777" w:rsidTr="0091739B">
        <w:trPr>
          <w:trHeight w:val="530"/>
        </w:trPr>
        <w:tc>
          <w:tcPr>
            <w:tcW w:w="1252" w:type="dxa"/>
          </w:tcPr>
          <w:p w14:paraId="40F9968E" w14:textId="77777777" w:rsidR="00D4256A" w:rsidRPr="00A62245" w:rsidRDefault="00D4256A" w:rsidP="0098323A">
            <w:pPr>
              <w:pStyle w:val="NoSpacing"/>
              <w:rPr>
                <w:sz w:val="24"/>
                <w:szCs w:val="24"/>
              </w:rPr>
            </w:pPr>
          </w:p>
          <w:p w14:paraId="218F11EB" w14:textId="77777777" w:rsidR="00990A49" w:rsidRPr="00A62245" w:rsidRDefault="00990A49" w:rsidP="0098323A">
            <w:pPr>
              <w:pStyle w:val="NoSpacing"/>
              <w:rPr>
                <w:sz w:val="24"/>
                <w:szCs w:val="24"/>
              </w:rPr>
            </w:pPr>
          </w:p>
        </w:tc>
        <w:tc>
          <w:tcPr>
            <w:tcW w:w="1266" w:type="dxa"/>
          </w:tcPr>
          <w:p w14:paraId="08AF2470" w14:textId="77777777" w:rsidR="00D4256A" w:rsidRPr="00A62245" w:rsidRDefault="00D4256A" w:rsidP="0098323A">
            <w:pPr>
              <w:pStyle w:val="NoSpacing"/>
              <w:rPr>
                <w:sz w:val="24"/>
                <w:szCs w:val="24"/>
              </w:rPr>
            </w:pPr>
          </w:p>
        </w:tc>
        <w:tc>
          <w:tcPr>
            <w:tcW w:w="1272" w:type="dxa"/>
          </w:tcPr>
          <w:p w14:paraId="42159BC7" w14:textId="77777777" w:rsidR="00D4256A" w:rsidRPr="00A62245" w:rsidRDefault="00D4256A" w:rsidP="0098323A">
            <w:pPr>
              <w:pStyle w:val="NoSpacing"/>
              <w:rPr>
                <w:sz w:val="24"/>
                <w:szCs w:val="24"/>
              </w:rPr>
            </w:pPr>
          </w:p>
        </w:tc>
        <w:tc>
          <w:tcPr>
            <w:tcW w:w="1488" w:type="dxa"/>
          </w:tcPr>
          <w:p w14:paraId="24C999F9" w14:textId="77777777" w:rsidR="00D4256A" w:rsidRDefault="004419C3" w:rsidP="0098323A">
            <w:pPr>
              <w:pStyle w:val="NoSpacing"/>
              <w:rPr>
                <w:sz w:val="24"/>
                <w:szCs w:val="24"/>
              </w:rPr>
            </w:pPr>
            <w:r>
              <w:rPr>
                <w:sz w:val="24"/>
                <w:szCs w:val="24"/>
              </w:rPr>
              <w:t>1</w:t>
            </w:r>
          </w:p>
          <w:p w14:paraId="4C6CE80F" w14:textId="77777777" w:rsidR="00A62245" w:rsidRDefault="00A62245" w:rsidP="0098323A">
            <w:pPr>
              <w:pStyle w:val="NoSpacing"/>
              <w:rPr>
                <w:sz w:val="24"/>
                <w:szCs w:val="24"/>
              </w:rPr>
            </w:pPr>
          </w:p>
          <w:p w14:paraId="2E9E1F59" w14:textId="77777777" w:rsidR="00A62245" w:rsidRDefault="00A62245" w:rsidP="0098323A">
            <w:pPr>
              <w:pStyle w:val="NoSpacing"/>
              <w:rPr>
                <w:sz w:val="24"/>
                <w:szCs w:val="24"/>
              </w:rPr>
            </w:pPr>
          </w:p>
          <w:p w14:paraId="5205F8E2" w14:textId="1321CF44" w:rsidR="00A62245" w:rsidRDefault="00A62245" w:rsidP="0098323A">
            <w:pPr>
              <w:pStyle w:val="NoSpacing"/>
              <w:rPr>
                <w:sz w:val="24"/>
                <w:szCs w:val="24"/>
              </w:rPr>
            </w:pPr>
          </w:p>
        </w:tc>
        <w:tc>
          <w:tcPr>
            <w:tcW w:w="1292" w:type="dxa"/>
          </w:tcPr>
          <w:p w14:paraId="4A29DCE7" w14:textId="13192737" w:rsidR="00D4256A" w:rsidRDefault="004419C3" w:rsidP="0098323A">
            <w:pPr>
              <w:pStyle w:val="NoSpacing"/>
              <w:rPr>
                <w:sz w:val="24"/>
                <w:szCs w:val="24"/>
              </w:rPr>
            </w:pPr>
            <w:r>
              <w:rPr>
                <w:sz w:val="24"/>
                <w:szCs w:val="24"/>
              </w:rPr>
              <w:t>2</w:t>
            </w:r>
          </w:p>
        </w:tc>
        <w:tc>
          <w:tcPr>
            <w:tcW w:w="1236" w:type="dxa"/>
          </w:tcPr>
          <w:p w14:paraId="430C6BD9" w14:textId="470235B5" w:rsidR="00D4256A" w:rsidRDefault="004419C3" w:rsidP="0098323A">
            <w:pPr>
              <w:pStyle w:val="NoSpacing"/>
              <w:rPr>
                <w:sz w:val="24"/>
                <w:szCs w:val="24"/>
              </w:rPr>
            </w:pPr>
            <w:r>
              <w:rPr>
                <w:sz w:val="24"/>
                <w:szCs w:val="24"/>
              </w:rPr>
              <w:t>3</w:t>
            </w:r>
          </w:p>
        </w:tc>
        <w:tc>
          <w:tcPr>
            <w:tcW w:w="1282" w:type="dxa"/>
          </w:tcPr>
          <w:p w14:paraId="4E924D2E" w14:textId="3AD33A98" w:rsidR="00D4256A" w:rsidRDefault="004419C3" w:rsidP="0098323A">
            <w:pPr>
              <w:pStyle w:val="NoSpacing"/>
              <w:rPr>
                <w:sz w:val="24"/>
                <w:szCs w:val="24"/>
              </w:rPr>
            </w:pPr>
            <w:r>
              <w:rPr>
                <w:sz w:val="24"/>
                <w:szCs w:val="24"/>
              </w:rPr>
              <w:t>4</w:t>
            </w:r>
          </w:p>
        </w:tc>
      </w:tr>
      <w:tr w:rsidR="00990A49" w14:paraId="1242E813" w14:textId="77777777" w:rsidTr="0091739B">
        <w:trPr>
          <w:trHeight w:val="545"/>
        </w:trPr>
        <w:tc>
          <w:tcPr>
            <w:tcW w:w="1252" w:type="dxa"/>
          </w:tcPr>
          <w:p w14:paraId="6C4F9470" w14:textId="6D5C2091" w:rsidR="00990A49" w:rsidRDefault="004419C3" w:rsidP="0098323A">
            <w:pPr>
              <w:pStyle w:val="NoSpacing"/>
              <w:rPr>
                <w:sz w:val="24"/>
                <w:szCs w:val="24"/>
              </w:rPr>
            </w:pPr>
            <w:r>
              <w:rPr>
                <w:sz w:val="24"/>
                <w:szCs w:val="24"/>
              </w:rPr>
              <w:t>5</w:t>
            </w:r>
          </w:p>
          <w:p w14:paraId="6E9F64C4" w14:textId="77777777" w:rsidR="004419C3" w:rsidRDefault="004419C3" w:rsidP="0098323A">
            <w:pPr>
              <w:pStyle w:val="NoSpacing"/>
              <w:rPr>
                <w:sz w:val="24"/>
                <w:szCs w:val="24"/>
              </w:rPr>
            </w:pPr>
          </w:p>
          <w:p w14:paraId="4DC8FBC7" w14:textId="77777777" w:rsidR="00990A49" w:rsidRDefault="00990A49" w:rsidP="0098323A">
            <w:pPr>
              <w:pStyle w:val="NoSpacing"/>
              <w:rPr>
                <w:sz w:val="24"/>
                <w:szCs w:val="24"/>
              </w:rPr>
            </w:pPr>
          </w:p>
          <w:p w14:paraId="0872944B" w14:textId="77777777" w:rsidR="00A62245" w:rsidRDefault="00A62245" w:rsidP="0098323A">
            <w:pPr>
              <w:pStyle w:val="NoSpacing"/>
              <w:rPr>
                <w:sz w:val="24"/>
                <w:szCs w:val="24"/>
              </w:rPr>
            </w:pPr>
          </w:p>
        </w:tc>
        <w:tc>
          <w:tcPr>
            <w:tcW w:w="1266" w:type="dxa"/>
          </w:tcPr>
          <w:p w14:paraId="2EAFA9EF" w14:textId="2D11EC48" w:rsidR="00D4256A" w:rsidRDefault="004419C3" w:rsidP="0098323A">
            <w:pPr>
              <w:pStyle w:val="NoSpacing"/>
              <w:rPr>
                <w:sz w:val="24"/>
                <w:szCs w:val="24"/>
              </w:rPr>
            </w:pPr>
            <w:r>
              <w:rPr>
                <w:sz w:val="24"/>
                <w:szCs w:val="24"/>
              </w:rPr>
              <w:t>6</w:t>
            </w:r>
          </w:p>
        </w:tc>
        <w:tc>
          <w:tcPr>
            <w:tcW w:w="1272" w:type="dxa"/>
          </w:tcPr>
          <w:p w14:paraId="24170181" w14:textId="23A26385" w:rsidR="00D4256A" w:rsidRDefault="004419C3" w:rsidP="0098323A">
            <w:pPr>
              <w:pStyle w:val="NoSpacing"/>
              <w:rPr>
                <w:sz w:val="24"/>
                <w:szCs w:val="24"/>
              </w:rPr>
            </w:pPr>
            <w:r>
              <w:rPr>
                <w:sz w:val="24"/>
                <w:szCs w:val="24"/>
              </w:rPr>
              <w:t>7</w:t>
            </w:r>
          </w:p>
        </w:tc>
        <w:tc>
          <w:tcPr>
            <w:tcW w:w="1488" w:type="dxa"/>
          </w:tcPr>
          <w:p w14:paraId="21A176E0" w14:textId="27D0A53B" w:rsidR="00D4256A" w:rsidRDefault="004419C3" w:rsidP="0098323A">
            <w:pPr>
              <w:pStyle w:val="NoSpacing"/>
              <w:rPr>
                <w:sz w:val="24"/>
                <w:szCs w:val="24"/>
              </w:rPr>
            </w:pPr>
            <w:r>
              <w:rPr>
                <w:sz w:val="24"/>
                <w:szCs w:val="24"/>
              </w:rPr>
              <w:t>8</w:t>
            </w:r>
          </w:p>
        </w:tc>
        <w:tc>
          <w:tcPr>
            <w:tcW w:w="1292" w:type="dxa"/>
          </w:tcPr>
          <w:p w14:paraId="4A5A2E04" w14:textId="0A5F9FF4" w:rsidR="00D4256A" w:rsidRDefault="004419C3" w:rsidP="0098323A">
            <w:pPr>
              <w:pStyle w:val="NoSpacing"/>
              <w:rPr>
                <w:sz w:val="24"/>
                <w:szCs w:val="24"/>
              </w:rPr>
            </w:pPr>
            <w:r>
              <w:rPr>
                <w:sz w:val="24"/>
                <w:szCs w:val="24"/>
              </w:rPr>
              <w:t>9</w:t>
            </w:r>
          </w:p>
        </w:tc>
        <w:tc>
          <w:tcPr>
            <w:tcW w:w="1236" w:type="dxa"/>
          </w:tcPr>
          <w:p w14:paraId="00A4239A" w14:textId="2B6BD13A" w:rsidR="00D4256A" w:rsidRDefault="004419C3" w:rsidP="0098323A">
            <w:pPr>
              <w:pStyle w:val="NoSpacing"/>
              <w:rPr>
                <w:sz w:val="24"/>
                <w:szCs w:val="24"/>
              </w:rPr>
            </w:pPr>
            <w:r>
              <w:rPr>
                <w:sz w:val="24"/>
                <w:szCs w:val="24"/>
              </w:rPr>
              <w:t>10</w:t>
            </w:r>
          </w:p>
        </w:tc>
        <w:tc>
          <w:tcPr>
            <w:tcW w:w="1282" w:type="dxa"/>
          </w:tcPr>
          <w:p w14:paraId="33F67DBF" w14:textId="40F7DF68" w:rsidR="00D4256A" w:rsidRDefault="004419C3" w:rsidP="0098323A">
            <w:pPr>
              <w:pStyle w:val="NoSpacing"/>
              <w:rPr>
                <w:sz w:val="24"/>
                <w:szCs w:val="24"/>
              </w:rPr>
            </w:pPr>
            <w:r>
              <w:rPr>
                <w:sz w:val="24"/>
                <w:szCs w:val="24"/>
              </w:rPr>
              <w:t>11</w:t>
            </w:r>
          </w:p>
        </w:tc>
      </w:tr>
      <w:tr w:rsidR="00990A49" w14:paraId="750056ED" w14:textId="77777777" w:rsidTr="0091739B">
        <w:trPr>
          <w:trHeight w:val="545"/>
        </w:trPr>
        <w:tc>
          <w:tcPr>
            <w:tcW w:w="1252" w:type="dxa"/>
          </w:tcPr>
          <w:p w14:paraId="128A90F7" w14:textId="11DD7C4C" w:rsidR="00D4256A" w:rsidRDefault="004419C3" w:rsidP="0098323A">
            <w:pPr>
              <w:pStyle w:val="NoSpacing"/>
              <w:rPr>
                <w:sz w:val="24"/>
                <w:szCs w:val="24"/>
              </w:rPr>
            </w:pPr>
            <w:r>
              <w:rPr>
                <w:sz w:val="24"/>
                <w:szCs w:val="24"/>
              </w:rPr>
              <w:t>12</w:t>
            </w:r>
          </w:p>
          <w:p w14:paraId="2871ED8A" w14:textId="77777777" w:rsidR="00990A49" w:rsidRDefault="00990A49" w:rsidP="0098323A">
            <w:pPr>
              <w:pStyle w:val="NoSpacing"/>
              <w:rPr>
                <w:sz w:val="24"/>
                <w:szCs w:val="24"/>
              </w:rPr>
            </w:pPr>
          </w:p>
          <w:p w14:paraId="09840107" w14:textId="77777777" w:rsidR="00990A49" w:rsidRDefault="00990A49" w:rsidP="0098323A">
            <w:pPr>
              <w:pStyle w:val="NoSpacing"/>
              <w:rPr>
                <w:sz w:val="24"/>
                <w:szCs w:val="24"/>
              </w:rPr>
            </w:pPr>
          </w:p>
          <w:p w14:paraId="2BCDDE28" w14:textId="77777777" w:rsidR="00A62245" w:rsidRDefault="00A62245" w:rsidP="0098323A">
            <w:pPr>
              <w:pStyle w:val="NoSpacing"/>
              <w:rPr>
                <w:sz w:val="24"/>
                <w:szCs w:val="24"/>
              </w:rPr>
            </w:pPr>
          </w:p>
        </w:tc>
        <w:tc>
          <w:tcPr>
            <w:tcW w:w="1266" w:type="dxa"/>
          </w:tcPr>
          <w:p w14:paraId="13D07E09" w14:textId="16311D16" w:rsidR="00D4256A" w:rsidRDefault="004419C3" w:rsidP="0098323A">
            <w:pPr>
              <w:pStyle w:val="NoSpacing"/>
              <w:rPr>
                <w:sz w:val="24"/>
                <w:szCs w:val="24"/>
              </w:rPr>
            </w:pPr>
            <w:r>
              <w:rPr>
                <w:sz w:val="24"/>
                <w:szCs w:val="24"/>
              </w:rPr>
              <w:t>13</w:t>
            </w:r>
          </w:p>
        </w:tc>
        <w:tc>
          <w:tcPr>
            <w:tcW w:w="1272" w:type="dxa"/>
          </w:tcPr>
          <w:p w14:paraId="407FE4C4" w14:textId="227EECBB" w:rsidR="00D4256A" w:rsidRDefault="004419C3" w:rsidP="0098323A">
            <w:pPr>
              <w:pStyle w:val="NoSpacing"/>
              <w:rPr>
                <w:sz w:val="24"/>
                <w:szCs w:val="24"/>
              </w:rPr>
            </w:pPr>
            <w:r>
              <w:rPr>
                <w:sz w:val="24"/>
                <w:szCs w:val="24"/>
              </w:rPr>
              <w:t>14</w:t>
            </w:r>
          </w:p>
        </w:tc>
        <w:tc>
          <w:tcPr>
            <w:tcW w:w="1488" w:type="dxa"/>
          </w:tcPr>
          <w:p w14:paraId="05780BF6" w14:textId="676B5353" w:rsidR="00D4256A" w:rsidRDefault="004419C3" w:rsidP="0098323A">
            <w:pPr>
              <w:pStyle w:val="NoSpacing"/>
              <w:rPr>
                <w:sz w:val="24"/>
                <w:szCs w:val="24"/>
              </w:rPr>
            </w:pPr>
            <w:r>
              <w:rPr>
                <w:sz w:val="24"/>
                <w:szCs w:val="24"/>
              </w:rPr>
              <w:t>15</w:t>
            </w:r>
          </w:p>
        </w:tc>
        <w:tc>
          <w:tcPr>
            <w:tcW w:w="1292" w:type="dxa"/>
          </w:tcPr>
          <w:p w14:paraId="696F8294" w14:textId="14166BAB" w:rsidR="00D4256A" w:rsidRDefault="004419C3" w:rsidP="0098323A">
            <w:pPr>
              <w:pStyle w:val="NoSpacing"/>
              <w:rPr>
                <w:sz w:val="24"/>
                <w:szCs w:val="24"/>
              </w:rPr>
            </w:pPr>
            <w:r>
              <w:rPr>
                <w:sz w:val="24"/>
                <w:szCs w:val="24"/>
              </w:rPr>
              <w:t>16</w:t>
            </w:r>
          </w:p>
        </w:tc>
        <w:tc>
          <w:tcPr>
            <w:tcW w:w="1236" w:type="dxa"/>
          </w:tcPr>
          <w:p w14:paraId="75F15A07" w14:textId="51149C94" w:rsidR="00D4256A" w:rsidRDefault="004419C3" w:rsidP="0098323A">
            <w:pPr>
              <w:pStyle w:val="NoSpacing"/>
              <w:rPr>
                <w:sz w:val="24"/>
                <w:szCs w:val="24"/>
              </w:rPr>
            </w:pPr>
            <w:r>
              <w:rPr>
                <w:sz w:val="24"/>
                <w:szCs w:val="24"/>
              </w:rPr>
              <w:t>17</w:t>
            </w:r>
          </w:p>
        </w:tc>
        <w:tc>
          <w:tcPr>
            <w:tcW w:w="1282" w:type="dxa"/>
          </w:tcPr>
          <w:p w14:paraId="4717BED2" w14:textId="70E87475" w:rsidR="00D4256A" w:rsidRDefault="004419C3" w:rsidP="0098323A">
            <w:pPr>
              <w:pStyle w:val="NoSpacing"/>
              <w:rPr>
                <w:sz w:val="24"/>
                <w:szCs w:val="24"/>
              </w:rPr>
            </w:pPr>
            <w:r>
              <w:rPr>
                <w:sz w:val="24"/>
                <w:szCs w:val="24"/>
              </w:rPr>
              <w:t>18</w:t>
            </w:r>
          </w:p>
        </w:tc>
      </w:tr>
      <w:tr w:rsidR="00990A49" w14:paraId="60E53F40" w14:textId="77777777" w:rsidTr="0091739B">
        <w:trPr>
          <w:trHeight w:val="400"/>
        </w:trPr>
        <w:tc>
          <w:tcPr>
            <w:tcW w:w="1252" w:type="dxa"/>
          </w:tcPr>
          <w:p w14:paraId="207565DF" w14:textId="4B7FC58E" w:rsidR="00990A49" w:rsidRDefault="004419C3" w:rsidP="0098323A">
            <w:pPr>
              <w:pStyle w:val="NoSpacing"/>
              <w:rPr>
                <w:sz w:val="24"/>
                <w:szCs w:val="24"/>
              </w:rPr>
            </w:pPr>
            <w:r>
              <w:rPr>
                <w:sz w:val="24"/>
                <w:szCs w:val="24"/>
              </w:rPr>
              <w:t>19</w:t>
            </w:r>
          </w:p>
          <w:p w14:paraId="57A14E1B" w14:textId="77777777" w:rsidR="00990A49" w:rsidRDefault="00990A49" w:rsidP="0098323A">
            <w:pPr>
              <w:pStyle w:val="NoSpacing"/>
              <w:rPr>
                <w:sz w:val="24"/>
                <w:szCs w:val="24"/>
              </w:rPr>
            </w:pPr>
          </w:p>
          <w:p w14:paraId="279A6738" w14:textId="77777777" w:rsidR="00990A49" w:rsidRDefault="00990A49" w:rsidP="0098323A">
            <w:pPr>
              <w:pStyle w:val="NoSpacing"/>
              <w:rPr>
                <w:sz w:val="24"/>
                <w:szCs w:val="24"/>
              </w:rPr>
            </w:pPr>
          </w:p>
          <w:p w14:paraId="1B4BB6FC" w14:textId="77777777" w:rsidR="00A62245" w:rsidRDefault="00A62245" w:rsidP="0098323A">
            <w:pPr>
              <w:pStyle w:val="NoSpacing"/>
              <w:rPr>
                <w:sz w:val="24"/>
                <w:szCs w:val="24"/>
              </w:rPr>
            </w:pPr>
          </w:p>
        </w:tc>
        <w:tc>
          <w:tcPr>
            <w:tcW w:w="1266" w:type="dxa"/>
          </w:tcPr>
          <w:p w14:paraId="42B79998" w14:textId="1F092750" w:rsidR="00990A49" w:rsidRDefault="004419C3" w:rsidP="0098323A">
            <w:pPr>
              <w:pStyle w:val="NoSpacing"/>
              <w:rPr>
                <w:sz w:val="24"/>
                <w:szCs w:val="24"/>
              </w:rPr>
            </w:pPr>
            <w:r>
              <w:rPr>
                <w:sz w:val="24"/>
                <w:szCs w:val="24"/>
              </w:rPr>
              <w:t>20</w:t>
            </w:r>
          </w:p>
        </w:tc>
        <w:tc>
          <w:tcPr>
            <w:tcW w:w="1272" w:type="dxa"/>
          </w:tcPr>
          <w:p w14:paraId="188C30F7" w14:textId="5A55DF36" w:rsidR="00990A49" w:rsidRDefault="004419C3" w:rsidP="0098323A">
            <w:pPr>
              <w:pStyle w:val="NoSpacing"/>
              <w:rPr>
                <w:sz w:val="24"/>
                <w:szCs w:val="24"/>
              </w:rPr>
            </w:pPr>
            <w:r>
              <w:rPr>
                <w:sz w:val="24"/>
                <w:szCs w:val="24"/>
              </w:rPr>
              <w:t>21</w:t>
            </w:r>
          </w:p>
        </w:tc>
        <w:tc>
          <w:tcPr>
            <w:tcW w:w="1488" w:type="dxa"/>
          </w:tcPr>
          <w:p w14:paraId="553F37EA" w14:textId="442F9FEA" w:rsidR="00990A49" w:rsidRDefault="004419C3" w:rsidP="0098323A">
            <w:pPr>
              <w:pStyle w:val="NoSpacing"/>
              <w:rPr>
                <w:sz w:val="24"/>
                <w:szCs w:val="24"/>
              </w:rPr>
            </w:pPr>
            <w:r>
              <w:rPr>
                <w:sz w:val="24"/>
                <w:szCs w:val="24"/>
              </w:rPr>
              <w:t>22</w:t>
            </w:r>
          </w:p>
        </w:tc>
        <w:tc>
          <w:tcPr>
            <w:tcW w:w="1292" w:type="dxa"/>
          </w:tcPr>
          <w:p w14:paraId="7550F115" w14:textId="6A3DB955" w:rsidR="00990A49" w:rsidRDefault="004419C3" w:rsidP="0098323A">
            <w:pPr>
              <w:pStyle w:val="NoSpacing"/>
              <w:rPr>
                <w:sz w:val="24"/>
                <w:szCs w:val="24"/>
              </w:rPr>
            </w:pPr>
            <w:r>
              <w:rPr>
                <w:sz w:val="24"/>
                <w:szCs w:val="24"/>
              </w:rPr>
              <w:t>23</w:t>
            </w:r>
          </w:p>
        </w:tc>
        <w:tc>
          <w:tcPr>
            <w:tcW w:w="1236" w:type="dxa"/>
          </w:tcPr>
          <w:p w14:paraId="3D3DB41B" w14:textId="43A9192B" w:rsidR="00990A49" w:rsidRDefault="004419C3" w:rsidP="0098323A">
            <w:pPr>
              <w:pStyle w:val="NoSpacing"/>
              <w:rPr>
                <w:sz w:val="24"/>
                <w:szCs w:val="24"/>
              </w:rPr>
            </w:pPr>
            <w:r>
              <w:rPr>
                <w:sz w:val="24"/>
                <w:szCs w:val="24"/>
              </w:rPr>
              <w:t>24</w:t>
            </w:r>
          </w:p>
        </w:tc>
        <w:tc>
          <w:tcPr>
            <w:tcW w:w="1282" w:type="dxa"/>
          </w:tcPr>
          <w:p w14:paraId="033344DB" w14:textId="6EC1066A" w:rsidR="00990A49" w:rsidRDefault="004419C3" w:rsidP="0098323A">
            <w:pPr>
              <w:pStyle w:val="NoSpacing"/>
              <w:rPr>
                <w:sz w:val="24"/>
                <w:szCs w:val="24"/>
              </w:rPr>
            </w:pPr>
            <w:r>
              <w:rPr>
                <w:sz w:val="24"/>
                <w:szCs w:val="24"/>
              </w:rPr>
              <w:t>25</w:t>
            </w:r>
          </w:p>
        </w:tc>
      </w:tr>
      <w:tr w:rsidR="004419C3" w14:paraId="61C0F1DA" w14:textId="77777777" w:rsidTr="0091739B">
        <w:trPr>
          <w:trHeight w:val="545"/>
        </w:trPr>
        <w:tc>
          <w:tcPr>
            <w:tcW w:w="1252" w:type="dxa"/>
          </w:tcPr>
          <w:p w14:paraId="1B78898E" w14:textId="7E857C85" w:rsidR="004419C3" w:rsidRDefault="006E014A" w:rsidP="0098323A">
            <w:pPr>
              <w:pStyle w:val="NoSpacing"/>
              <w:rPr>
                <w:sz w:val="24"/>
                <w:szCs w:val="24"/>
              </w:rPr>
            </w:pPr>
            <w:r>
              <w:rPr>
                <w:sz w:val="24"/>
                <w:szCs w:val="24"/>
              </w:rPr>
              <w:t>26</w:t>
            </w:r>
          </w:p>
          <w:p w14:paraId="4A956356" w14:textId="77777777" w:rsidR="006E014A" w:rsidRDefault="006E014A" w:rsidP="0098323A">
            <w:pPr>
              <w:pStyle w:val="NoSpacing"/>
              <w:rPr>
                <w:sz w:val="24"/>
                <w:szCs w:val="24"/>
              </w:rPr>
            </w:pPr>
          </w:p>
          <w:p w14:paraId="70CBECA4" w14:textId="77777777" w:rsidR="00A62245" w:rsidRDefault="00A62245" w:rsidP="0098323A">
            <w:pPr>
              <w:pStyle w:val="NoSpacing"/>
              <w:rPr>
                <w:sz w:val="24"/>
                <w:szCs w:val="24"/>
              </w:rPr>
            </w:pPr>
          </w:p>
          <w:p w14:paraId="21EAD964" w14:textId="77777777" w:rsidR="006E014A" w:rsidRDefault="006E014A" w:rsidP="0098323A">
            <w:pPr>
              <w:pStyle w:val="NoSpacing"/>
              <w:rPr>
                <w:sz w:val="24"/>
                <w:szCs w:val="24"/>
              </w:rPr>
            </w:pPr>
          </w:p>
        </w:tc>
        <w:tc>
          <w:tcPr>
            <w:tcW w:w="1266" w:type="dxa"/>
          </w:tcPr>
          <w:p w14:paraId="49A2858E" w14:textId="1997E912" w:rsidR="004419C3" w:rsidRDefault="006E014A" w:rsidP="0098323A">
            <w:pPr>
              <w:pStyle w:val="NoSpacing"/>
              <w:rPr>
                <w:sz w:val="24"/>
                <w:szCs w:val="24"/>
              </w:rPr>
            </w:pPr>
            <w:r>
              <w:rPr>
                <w:sz w:val="24"/>
                <w:szCs w:val="24"/>
              </w:rPr>
              <w:t>27</w:t>
            </w:r>
          </w:p>
        </w:tc>
        <w:tc>
          <w:tcPr>
            <w:tcW w:w="1272" w:type="dxa"/>
          </w:tcPr>
          <w:p w14:paraId="7AEA6336" w14:textId="4F92E46F" w:rsidR="004419C3" w:rsidRDefault="006E014A" w:rsidP="0098323A">
            <w:pPr>
              <w:pStyle w:val="NoSpacing"/>
              <w:rPr>
                <w:sz w:val="24"/>
                <w:szCs w:val="24"/>
              </w:rPr>
            </w:pPr>
            <w:r>
              <w:rPr>
                <w:sz w:val="24"/>
                <w:szCs w:val="24"/>
              </w:rPr>
              <w:t>28</w:t>
            </w:r>
          </w:p>
        </w:tc>
        <w:tc>
          <w:tcPr>
            <w:tcW w:w="1488" w:type="dxa"/>
          </w:tcPr>
          <w:p w14:paraId="0CED0B87" w14:textId="5F611B57" w:rsidR="004419C3" w:rsidRDefault="006E014A" w:rsidP="0098323A">
            <w:pPr>
              <w:pStyle w:val="NoSpacing"/>
              <w:rPr>
                <w:sz w:val="24"/>
                <w:szCs w:val="24"/>
              </w:rPr>
            </w:pPr>
            <w:r>
              <w:rPr>
                <w:sz w:val="24"/>
                <w:szCs w:val="24"/>
              </w:rPr>
              <w:t>29</w:t>
            </w:r>
          </w:p>
        </w:tc>
        <w:tc>
          <w:tcPr>
            <w:tcW w:w="1292" w:type="dxa"/>
          </w:tcPr>
          <w:p w14:paraId="7CDFE5B9" w14:textId="06923800" w:rsidR="004419C3" w:rsidRDefault="006E014A" w:rsidP="0098323A">
            <w:pPr>
              <w:pStyle w:val="NoSpacing"/>
              <w:rPr>
                <w:sz w:val="24"/>
                <w:szCs w:val="24"/>
              </w:rPr>
            </w:pPr>
            <w:r>
              <w:rPr>
                <w:sz w:val="24"/>
                <w:szCs w:val="24"/>
              </w:rPr>
              <w:t>30</w:t>
            </w:r>
          </w:p>
        </w:tc>
        <w:tc>
          <w:tcPr>
            <w:tcW w:w="1236" w:type="dxa"/>
          </w:tcPr>
          <w:p w14:paraId="347CE670" w14:textId="3AFB09D7" w:rsidR="004419C3" w:rsidRDefault="006E014A" w:rsidP="0098323A">
            <w:pPr>
              <w:pStyle w:val="NoSpacing"/>
              <w:rPr>
                <w:sz w:val="24"/>
                <w:szCs w:val="24"/>
              </w:rPr>
            </w:pPr>
            <w:r>
              <w:rPr>
                <w:sz w:val="24"/>
                <w:szCs w:val="24"/>
              </w:rPr>
              <w:t>31</w:t>
            </w:r>
          </w:p>
        </w:tc>
        <w:tc>
          <w:tcPr>
            <w:tcW w:w="1282" w:type="dxa"/>
          </w:tcPr>
          <w:p w14:paraId="36A136D2" w14:textId="77777777" w:rsidR="004419C3" w:rsidRDefault="004419C3" w:rsidP="0098323A">
            <w:pPr>
              <w:pStyle w:val="NoSpacing"/>
              <w:rPr>
                <w:sz w:val="24"/>
                <w:szCs w:val="24"/>
              </w:rPr>
            </w:pPr>
          </w:p>
        </w:tc>
      </w:tr>
    </w:tbl>
    <w:p w14:paraId="78498133" w14:textId="77777777" w:rsidR="0098323A" w:rsidRPr="0098323A" w:rsidRDefault="0098323A" w:rsidP="00D67BFC">
      <w:pPr>
        <w:pStyle w:val="NoSpacing"/>
        <w:rPr>
          <w:sz w:val="24"/>
          <w:szCs w:val="24"/>
        </w:rPr>
      </w:pPr>
    </w:p>
    <w:sectPr w:rsidR="0098323A" w:rsidRPr="0098323A" w:rsidSect="0091739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3CB10" w14:textId="77777777" w:rsidR="0008318C" w:rsidRDefault="0008318C" w:rsidP="00031707">
      <w:pPr>
        <w:spacing w:after="0" w:line="240" w:lineRule="auto"/>
      </w:pPr>
      <w:r>
        <w:separator/>
      </w:r>
    </w:p>
  </w:endnote>
  <w:endnote w:type="continuationSeparator" w:id="0">
    <w:p w14:paraId="1D1C1F60" w14:textId="77777777" w:rsidR="0008318C" w:rsidRDefault="0008318C" w:rsidP="0003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629C" w14:textId="77777777" w:rsidR="0008318C" w:rsidRDefault="0008318C" w:rsidP="00031707">
      <w:pPr>
        <w:spacing w:after="0" w:line="240" w:lineRule="auto"/>
      </w:pPr>
      <w:r>
        <w:separator/>
      </w:r>
    </w:p>
  </w:footnote>
  <w:footnote w:type="continuationSeparator" w:id="0">
    <w:p w14:paraId="008353EB" w14:textId="77777777" w:rsidR="0008318C" w:rsidRDefault="0008318C" w:rsidP="00031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65094C70"/>
    <w:multiLevelType w:val="hybridMultilevel"/>
    <w:tmpl w:val="3688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8E6"/>
    <w:rsid w:val="00010605"/>
    <w:rsid w:val="00031707"/>
    <w:rsid w:val="00034616"/>
    <w:rsid w:val="00043D84"/>
    <w:rsid w:val="000521B5"/>
    <w:rsid w:val="0006063C"/>
    <w:rsid w:val="00062EEB"/>
    <w:rsid w:val="00065375"/>
    <w:rsid w:val="00082F3D"/>
    <w:rsid w:val="0008318C"/>
    <w:rsid w:val="00093B1E"/>
    <w:rsid w:val="0009508C"/>
    <w:rsid w:val="000C4647"/>
    <w:rsid w:val="00100357"/>
    <w:rsid w:val="00104075"/>
    <w:rsid w:val="001459F9"/>
    <w:rsid w:val="0015074B"/>
    <w:rsid w:val="00166570"/>
    <w:rsid w:val="001809AE"/>
    <w:rsid w:val="001B221F"/>
    <w:rsid w:val="001D4AAA"/>
    <w:rsid w:val="001E1333"/>
    <w:rsid w:val="00215BF0"/>
    <w:rsid w:val="00215E13"/>
    <w:rsid w:val="00215F4F"/>
    <w:rsid w:val="00227ACD"/>
    <w:rsid w:val="002305D0"/>
    <w:rsid w:val="00281112"/>
    <w:rsid w:val="00294D3D"/>
    <w:rsid w:val="0029639D"/>
    <w:rsid w:val="002B63D1"/>
    <w:rsid w:val="002C0A24"/>
    <w:rsid w:val="002F4239"/>
    <w:rsid w:val="00305DFD"/>
    <w:rsid w:val="003147B6"/>
    <w:rsid w:val="00325526"/>
    <w:rsid w:val="00326F90"/>
    <w:rsid w:val="0032754D"/>
    <w:rsid w:val="0037215A"/>
    <w:rsid w:val="003771D8"/>
    <w:rsid w:val="003A7414"/>
    <w:rsid w:val="003C66EA"/>
    <w:rsid w:val="003E5656"/>
    <w:rsid w:val="0041618C"/>
    <w:rsid w:val="00433DC2"/>
    <w:rsid w:val="004419C3"/>
    <w:rsid w:val="004565DC"/>
    <w:rsid w:val="00471FA4"/>
    <w:rsid w:val="00472EA3"/>
    <w:rsid w:val="004753CE"/>
    <w:rsid w:val="004A056F"/>
    <w:rsid w:val="004C21A0"/>
    <w:rsid w:val="004D2B91"/>
    <w:rsid w:val="004E07C4"/>
    <w:rsid w:val="00543783"/>
    <w:rsid w:val="005469FC"/>
    <w:rsid w:val="005717A7"/>
    <w:rsid w:val="00577022"/>
    <w:rsid w:val="00581F87"/>
    <w:rsid w:val="005A62AE"/>
    <w:rsid w:val="005B1334"/>
    <w:rsid w:val="005E452C"/>
    <w:rsid w:val="00664FD1"/>
    <w:rsid w:val="00685596"/>
    <w:rsid w:val="00687073"/>
    <w:rsid w:val="006E014A"/>
    <w:rsid w:val="006E6BED"/>
    <w:rsid w:val="007305C4"/>
    <w:rsid w:val="00754D48"/>
    <w:rsid w:val="00771C67"/>
    <w:rsid w:val="00774A77"/>
    <w:rsid w:val="00794976"/>
    <w:rsid w:val="007C7A6C"/>
    <w:rsid w:val="008041B2"/>
    <w:rsid w:val="00812130"/>
    <w:rsid w:val="008136E8"/>
    <w:rsid w:val="00833D12"/>
    <w:rsid w:val="00834D8D"/>
    <w:rsid w:val="008511CF"/>
    <w:rsid w:val="00890E35"/>
    <w:rsid w:val="008C3255"/>
    <w:rsid w:val="008D420C"/>
    <w:rsid w:val="0091739B"/>
    <w:rsid w:val="00922A54"/>
    <w:rsid w:val="0093705E"/>
    <w:rsid w:val="00951FF3"/>
    <w:rsid w:val="00974062"/>
    <w:rsid w:val="0098323A"/>
    <w:rsid w:val="00990A49"/>
    <w:rsid w:val="009A4D9B"/>
    <w:rsid w:val="009A5F77"/>
    <w:rsid w:val="009C128D"/>
    <w:rsid w:val="009F0E70"/>
    <w:rsid w:val="009F3D2C"/>
    <w:rsid w:val="009F75F8"/>
    <w:rsid w:val="00A62245"/>
    <w:rsid w:val="00A85067"/>
    <w:rsid w:val="00AA1D8D"/>
    <w:rsid w:val="00AC5C20"/>
    <w:rsid w:val="00AC6040"/>
    <w:rsid w:val="00AD2810"/>
    <w:rsid w:val="00B04F53"/>
    <w:rsid w:val="00B054CB"/>
    <w:rsid w:val="00B272E1"/>
    <w:rsid w:val="00B3102D"/>
    <w:rsid w:val="00B32CE3"/>
    <w:rsid w:val="00B35B25"/>
    <w:rsid w:val="00B47730"/>
    <w:rsid w:val="00B949E9"/>
    <w:rsid w:val="00BA1464"/>
    <w:rsid w:val="00BB1BB9"/>
    <w:rsid w:val="00BC39A1"/>
    <w:rsid w:val="00BC4F71"/>
    <w:rsid w:val="00C10E0E"/>
    <w:rsid w:val="00C92465"/>
    <w:rsid w:val="00CB0664"/>
    <w:rsid w:val="00CF1730"/>
    <w:rsid w:val="00D26008"/>
    <w:rsid w:val="00D4256A"/>
    <w:rsid w:val="00D43A89"/>
    <w:rsid w:val="00D47A0B"/>
    <w:rsid w:val="00D50FF5"/>
    <w:rsid w:val="00D678BF"/>
    <w:rsid w:val="00D67BFC"/>
    <w:rsid w:val="00D84A79"/>
    <w:rsid w:val="00DC0080"/>
    <w:rsid w:val="00DC0B45"/>
    <w:rsid w:val="00DD5D8E"/>
    <w:rsid w:val="00DE09FD"/>
    <w:rsid w:val="00DE7A91"/>
    <w:rsid w:val="00E4672E"/>
    <w:rsid w:val="00E6065F"/>
    <w:rsid w:val="00E9156A"/>
    <w:rsid w:val="00EB253A"/>
    <w:rsid w:val="00EC3743"/>
    <w:rsid w:val="00EC647D"/>
    <w:rsid w:val="00EF69BA"/>
    <w:rsid w:val="00F262B1"/>
    <w:rsid w:val="00F30012"/>
    <w:rsid w:val="00F50742"/>
    <w:rsid w:val="00F5208D"/>
    <w:rsid w:val="00FC3FC7"/>
    <w:rsid w:val="00FC693F"/>
    <w:rsid w:val="00FD739C"/>
    <w:rsid w:val="00FE1E0E"/>
    <w:rsid w:val="00FE61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32DE3"/>
  <w14:defaultImageDpi w14:val="300"/>
  <w15:docId w15:val="{87C767F7-AF5C-4CA1-ADBE-40E4BE67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3261</Words>
  <Characters>18591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Camryn Gavula</cp:lastModifiedBy>
  <cp:revision>14</cp:revision>
  <cp:lastPrinted>2025-09-24T19:36:00Z</cp:lastPrinted>
  <dcterms:created xsi:type="dcterms:W3CDTF">2025-08-26T01:59:00Z</dcterms:created>
  <dcterms:modified xsi:type="dcterms:W3CDTF">2025-09-24T19:43:00Z</dcterms:modified>
  <cp:category/>
</cp:coreProperties>
</file>